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FC7C61" w:rsidRDefault="00471AB7" w:rsidP="00D0402D">
      <w:pPr>
        <w:pStyle w:val="Ttulo"/>
        <w:jc w:val="right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5CCADFC">
            <wp:simplePos x="0" y="0"/>
            <wp:positionH relativeFrom="column">
              <wp:posOffset>-477520</wp:posOffset>
            </wp:positionH>
            <wp:positionV relativeFrom="paragraph">
              <wp:posOffset>-469607</wp:posOffset>
            </wp:positionV>
            <wp:extent cx="1244932" cy="1244932"/>
            <wp:effectExtent l="38100" t="38100" r="25400" b="25400"/>
            <wp:wrapNone/>
            <wp:docPr id="13624719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471946" name="Imagen 136247194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44932" cy="1244932"/>
                    </a:xfrm>
                    <a:prstGeom prst="rect">
                      <a:avLst/>
                    </a:prstGeom>
                    <a:noFill/>
                    <a:effectLst>
                      <a:softEdge rad="12700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B w="165100" prst="coolSlant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                    </w:t>
      </w:r>
      <w:proofErr w:type="spellStart"/>
      <w:r>
        <w:t>Currículum</w:t>
      </w:r>
      <w:proofErr w:type="spellEnd"/>
      <w:r>
        <w:t xml:space="preserve"> </w:t>
      </w:r>
      <w:proofErr w:type="spellStart"/>
      <w:r>
        <w:t>Académico</w:t>
      </w:r>
      <w:proofErr w:type="spellEnd"/>
      <w:r>
        <w:t xml:space="preserve"> y </w:t>
      </w:r>
      <w:proofErr w:type="spellStart"/>
      <w:r>
        <w:t>Docente</w:t>
      </w:r>
      <w:proofErr w:type="spellEnd"/>
    </w:p>
    <w:p w:rsidR="00FC7C61" w:rsidRDefault="00000000">
      <w:r>
        <w:rPr>
          <w:b/>
          <w:sz w:val="28"/>
        </w:rPr>
        <w:t xml:space="preserve">Raúl Capote </w:t>
      </w:r>
      <w:proofErr w:type="spellStart"/>
      <w:r>
        <w:rPr>
          <w:b/>
          <w:sz w:val="28"/>
        </w:rPr>
        <w:t>Braña</w:t>
      </w:r>
      <w:proofErr w:type="spellEnd"/>
      <w:r>
        <w:rPr>
          <w:b/>
          <w:sz w:val="28"/>
        </w:rPr>
        <w:br/>
      </w:r>
      <w:r>
        <w:rPr>
          <w:i/>
          <w:sz w:val="24"/>
        </w:rPr>
        <w:t>Actor</w:t>
      </w:r>
      <w:r w:rsidR="0063684B">
        <w:rPr>
          <w:i/>
          <w:sz w:val="24"/>
        </w:rPr>
        <w:t xml:space="preserve"> | Director</w:t>
      </w:r>
      <w:r>
        <w:rPr>
          <w:i/>
          <w:sz w:val="24"/>
        </w:rPr>
        <w:t xml:space="preserve"> </w:t>
      </w:r>
      <w:proofErr w:type="spellStart"/>
      <w:r w:rsidR="0063684B">
        <w:rPr>
          <w:i/>
          <w:sz w:val="24"/>
        </w:rPr>
        <w:t>Escénico</w:t>
      </w:r>
      <w:proofErr w:type="spellEnd"/>
      <w:r w:rsidR="0063684B">
        <w:rPr>
          <w:i/>
          <w:sz w:val="24"/>
        </w:rPr>
        <w:t xml:space="preserve"> | D</w:t>
      </w:r>
      <w:r>
        <w:rPr>
          <w:i/>
          <w:sz w:val="24"/>
        </w:rPr>
        <w:t xml:space="preserve">irector de </w:t>
      </w:r>
      <w:proofErr w:type="spellStart"/>
      <w:r w:rsidR="0063684B">
        <w:rPr>
          <w:i/>
          <w:sz w:val="24"/>
        </w:rPr>
        <w:t>Actores</w:t>
      </w:r>
      <w:proofErr w:type="spellEnd"/>
      <w:r w:rsidR="0063684B">
        <w:rPr>
          <w:i/>
          <w:sz w:val="24"/>
        </w:rPr>
        <w:t xml:space="preserve"> y </w:t>
      </w:r>
      <w:proofErr w:type="spellStart"/>
      <w:r w:rsidR="0063684B">
        <w:rPr>
          <w:i/>
          <w:sz w:val="24"/>
        </w:rPr>
        <w:t>Actrices</w:t>
      </w:r>
      <w:proofErr w:type="spellEnd"/>
      <w:r w:rsidR="0063684B">
        <w:rPr>
          <w:i/>
          <w:sz w:val="24"/>
        </w:rPr>
        <w:t xml:space="preserve"> |</w:t>
      </w:r>
      <w:r>
        <w:rPr>
          <w:i/>
          <w:sz w:val="24"/>
        </w:rPr>
        <w:t xml:space="preserve"> </w:t>
      </w:r>
      <w:r w:rsidR="0063684B">
        <w:rPr>
          <w:i/>
          <w:sz w:val="24"/>
        </w:rPr>
        <w:t>C</w:t>
      </w:r>
      <w:r>
        <w:rPr>
          <w:i/>
          <w:sz w:val="24"/>
        </w:rPr>
        <w:t xml:space="preserve">oach y </w:t>
      </w:r>
      <w:proofErr w:type="spellStart"/>
      <w:r w:rsidR="0063684B">
        <w:rPr>
          <w:i/>
          <w:sz w:val="24"/>
        </w:rPr>
        <w:t>D</w:t>
      </w:r>
      <w:r>
        <w:rPr>
          <w:i/>
          <w:sz w:val="24"/>
        </w:rPr>
        <w:t>ocente</w:t>
      </w:r>
      <w:proofErr w:type="spellEnd"/>
      <w:r>
        <w:rPr>
          <w:i/>
          <w:sz w:val="24"/>
        </w:rPr>
        <w:t xml:space="preserve"> de </w:t>
      </w:r>
      <w:r w:rsidR="0063684B">
        <w:rPr>
          <w:i/>
          <w:sz w:val="24"/>
        </w:rPr>
        <w:t>A</w:t>
      </w:r>
      <w:r>
        <w:rPr>
          <w:i/>
          <w:sz w:val="24"/>
        </w:rPr>
        <w:t xml:space="preserve">rte </w:t>
      </w:r>
      <w:proofErr w:type="spellStart"/>
      <w:r w:rsidR="0063684B">
        <w:rPr>
          <w:i/>
          <w:sz w:val="24"/>
        </w:rPr>
        <w:t>D</w:t>
      </w:r>
      <w:r>
        <w:rPr>
          <w:i/>
          <w:sz w:val="24"/>
        </w:rPr>
        <w:t>ramático</w:t>
      </w:r>
      <w:proofErr w:type="spellEnd"/>
      <w:r w:rsidR="0063684B">
        <w:rPr>
          <w:i/>
          <w:sz w:val="24"/>
        </w:rPr>
        <w:t xml:space="preserve"> e </w:t>
      </w:r>
      <w:proofErr w:type="spellStart"/>
      <w:r w:rsidR="0063684B">
        <w:rPr>
          <w:i/>
          <w:sz w:val="24"/>
        </w:rPr>
        <w:t>Interpretación</w:t>
      </w:r>
      <w:proofErr w:type="spellEnd"/>
      <w:r>
        <w:rPr>
          <w:i/>
          <w:sz w:val="24"/>
        </w:rPr>
        <w:br/>
      </w:r>
    </w:p>
    <w:p w:rsidR="00253FF0" w:rsidRDefault="00000000">
      <w:proofErr w:type="spellStart"/>
      <w:r>
        <w:rPr>
          <w:b/>
        </w:rPr>
        <w:t>Correo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electrónico</w:t>
      </w:r>
      <w:proofErr w:type="spellEnd"/>
      <w:r>
        <w:rPr>
          <w:b/>
        </w:rPr>
        <w:t xml:space="preserve">: </w:t>
      </w:r>
      <w:r w:rsidR="00456E25">
        <w:t>raulcapotebrana@gmail.com</w:t>
      </w:r>
      <w:r>
        <w:br/>
      </w:r>
      <w:proofErr w:type="spellStart"/>
      <w:r>
        <w:rPr>
          <w:b/>
        </w:rPr>
        <w:t>Teléfono</w:t>
      </w:r>
      <w:proofErr w:type="spellEnd"/>
      <w:r>
        <w:rPr>
          <w:b/>
        </w:rPr>
        <w:t xml:space="preserve">: </w:t>
      </w:r>
      <w:r w:rsidR="00456E25">
        <w:t>+34 644108654</w:t>
      </w:r>
      <w:r w:rsidR="00253FF0">
        <w:br/>
      </w:r>
      <w:r w:rsidR="00253FF0" w:rsidRPr="00253FF0">
        <w:rPr>
          <w:b/>
          <w:bCs/>
        </w:rPr>
        <w:t>WEB:</w:t>
      </w:r>
      <w:r w:rsidR="00253FF0">
        <w:t xml:space="preserve">  </w:t>
      </w:r>
      <w:hyperlink r:id="rId7" w:history="1">
        <w:r w:rsidR="00253FF0" w:rsidRPr="00253FF0">
          <w:rPr>
            <w:rStyle w:val="Hipervnculo"/>
          </w:rPr>
          <w:t>www.raul</w:t>
        </w:r>
        <w:r w:rsidR="00253FF0" w:rsidRPr="00253FF0">
          <w:rPr>
            <w:rStyle w:val="Hipervnculo"/>
          </w:rPr>
          <w:t>c</w:t>
        </w:r>
        <w:r w:rsidR="00253FF0" w:rsidRPr="00253FF0">
          <w:rPr>
            <w:rStyle w:val="Hipervnculo"/>
          </w:rPr>
          <w:t>apote.es</w:t>
        </w:r>
      </w:hyperlink>
    </w:p>
    <w:p w:rsidR="00FC7C61" w:rsidRDefault="00000000">
      <w:pPr>
        <w:pStyle w:val="Ttulo2"/>
      </w:pPr>
      <w:r>
        <w:t>Perfil Profesional</w:t>
      </w:r>
    </w:p>
    <w:p w:rsidR="00FC7C61" w:rsidRDefault="00000000">
      <w:r>
        <w:t xml:space="preserve">Soy actor y director de </w:t>
      </w:r>
      <w:proofErr w:type="spellStart"/>
      <w:r>
        <w:t>actores</w:t>
      </w:r>
      <w:proofErr w:type="spellEnd"/>
      <w:r>
        <w:t xml:space="preserve"> con </w:t>
      </w:r>
      <w:proofErr w:type="spellStart"/>
      <w:r>
        <w:t>más</w:t>
      </w:r>
      <w:proofErr w:type="spellEnd"/>
      <w:r>
        <w:t xml:space="preserve"> de </w:t>
      </w:r>
      <w:proofErr w:type="spellStart"/>
      <w:r>
        <w:t>veinte</w:t>
      </w:r>
      <w:proofErr w:type="spellEnd"/>
      <w:r>
        <w:t xml:space="preserve"> </w:t>
      </w:r>
      <w:proofErr w:type="spellStart"/>
      <w:r>
        <w:t>años</w:t>
      </w:r>
      <w:proofErr w:type="spellEnd"/>
      <w:r>
        <w:t xml:space="preserve"> </w:t>
      </w:r>
      <w:r w:rsidR="00456E25">
        <w:t xml:space="preserve">de </w:t>
      </w:r>
      <w:proofErr w:type="spellStart"/>
      <w:r w:rsidR="00456E25">
        <w:t>trayectoria</w:t>
      </w:r>
      <w:proofErr w:type="spellEnd"/>
      <w:r w:rsidR="00456E25"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teatro</w:t>
      </w:r>
      <w:proofErr w:type="spellEnd"/>
      <w:r>
        <w:t>, cine</w:t>
      </w:r>
      <w:r w:rsidR="00456E25">
        <w:t>, radio,</w:t>
      </w:r>
      <w:r>
        <w:t xml:space="preserve"> </w:t>
      </w:r>
      <w:proofErr w:type="spellStart"/>
      <w:r>
        <w:t>televisión</w:t>
      </w:r>
      <w:proofErr w:type="spellEnd"/>
      <w:r>
        <w:t>,</w:t>
      </w:r>
      <w:r w:rsidR="0063684B">
        <w:t xml:space="preserve"> </w:t>
      </w:r>
      <w:proofErr w:type="spellStart"/>
      <w:r w:rsidR="0063684B">
        <w:t>artes</w:t>
      </w:r>
      <w:proofErr w:type="spellEnd"/>
      <w:r w:rsidR="0063684B">
        <w:t xml:space="preserve"> </w:t>
      </w:r>
      <w:proofErr w:type="spellStart"/>
      <w:r w:rsidR="0063684B">
        <w:t>vivas</w:t>
      </w:r>
      <w:proofErr w:type="spellEnd"/>
      <w:r>
        <w:t xml:space="preserve"> y </w:t>
      </w:r>
      <w:proofErr w:type="spellStart"/>
      <w:r>
        <w:t>profesor</w:t>
      </w:r>
      <w:proofErr w:type="spellEnd"/>
      <w:r>
        <w:t xml:space="preserve"> de </w:t>
      </w:r>
      <w:proofErr w:type="spellStart"/>
      <w:r>
        <w:t>interpretación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diferentes contextos académicos. Mi enfoque combina el rigor de las </w:t>
      </w:r>
      <w:proofErr w:type="spellStart"/>
      <w:r>
        <w:t>técnicas</w:t>
      </w:r>
      <w:proofErr w:type="spellEnd"/>
      <w:r>
        <w:t xml:space="preserve"> </w:t>
      </w:r>
      <w:proofErr w:type="spellStart"/>
      <w:r>
        <w:t>clásicas</w:t>
      </w:r>
      <w:proofErr w:type="spellEnd"/>
      <w:r>
        <w:t xml:space="preserve"> de </w:t>
      </w:r>
      <w:proofErr w:type="spellStart"/>
      <w:r>
        <w:t>interpretación</w:t>
      </w:r>
      <w:proofErr w:type="spellEnd"/>
      <w:r>
        <w:t xml:space="preserve"> con </w:t>
      </w:r>
      <w:proofErr w:type="spellStart"/>
      <w:r>
        <w:t>metodologías</w:t>
      </w:r>
      <w:proofErr w:type="spellEnd"/>
      <w:r>
        <w:t xml:space="preserve"> </w:t>
      </w:r>
      <w:proofErr w:type="spellStart"/>
      <w:r>
        <w:t>contemporáneas</w:t>
      </w:r>
      <w:proofErr w:type="spellEnd"/>
      <w:r>
        <w:t xml:space="preserve"> </w:t>
      </w:r>
      <w:proofErr w:type="spellStart"/>
      <w:r>
        <w:t>orientadas</w:t>
      </w:r>
      <w:proofErr w:type="spellEnd"/>
      <w:r>
        <w:t xml:space="preserve"> a </w:t>
      </w:r>
      <w:proofErr w:type="spellStart"/>
      <w:r w:rsidR="00DB3205">
        <w:t>movilizar</w:t>
      </w:r>
      <w:proofErr w:type="spellEnd"/>
      <w:r w:rsidR="00351885">
        <w:t xml:space="preserve"> la </w:t>
      </w:r>
      <w:proofErr w:type="spellStart"/>
      <w:r w:rsidR="00351885">
        <w:t>disponibilidad</w:t>
      </w:r>
      <w:proofErr w:type="spellEnd"/>
      <w:r w:rsidR="00351885">
        <w:t xml:space="preserve"> </w:t>
      </w:r>
      <w:r w:rsidR="00DB3205">
        <w:t xml:space="preserve">del </w:t>
      </w:r>
      <w:proofErr w:type="spellStart"/>
      <w:r w:rsidR="00DB3205">
        <w:t>participante</w:t>
      </w:r>
      <w:proofErr w:type="spellEnd"/>
      <w:r w:rsidR="00DB3205">
        <w:t xml:space="preserve"> </w:t>
      </w:r>
      <w:r w:rsidR="00351885">
        <w:t xml:space="preserve">para </w:t>
      </w:r>
      <w:proofErr w:type="spellStart"/>
      <w:r w:rsidR="00351885">
        <w:t>lograr</w:t>
      </w:r>
      <w:proofErr w:type="spellEnd"/>
      <w:r w:rsidR="00DB3205">
        <w:t xml:space="preserve"> </w:t>
      </w:r>
      <w:proofErr w:type="spellStart"/>
      <w:r w:rsidR="00DB3205">
        <w:t>compromiso</w:t>
      </w:r>
      <w:proofErr w:type="spellEnd"/>
      <w:r w:rsidR="00DB3205">
        <w:t>,</w:t>
      </w:r>
      <w:r>
        <w:t xml:space="preserve"> </w:t>
      </w:r>
      <w:proofErr w:type="spellStart"/>
      <w:r>
        <w:t>verdad</w:t>
      </w:r>
      <w:proofErr w:type="spellEnd"/>
      <w:r>
        <w:t xml:space="preserve"> </w:t>
      </w:r>
      <w:proofErr w:type="spellStart"/>
      <w:r>
        <w:t>escénica</w:t>
      </w:r>
      <w:proofErr w:type="spellEnd"/>
      <w:r>
        <w:t xml:space="preserve"> y </w:t>
      </w:r>
      <w:proofErr w:type="spellStart"/>
      <w:r w:rsidR="00351885">
        <w:t>e</w:t>
      </w:r>
      <w:r>
        <w:t>l</w:t>
      </w:r>
      <w:proofErr w:type="spellEnd"/>
      <w:r>
        <w:t xml:space="preserve"> </w:t>
      </w:r>
      <w:proofErr w:type="spellStart"/>
      <w:r>
        <w:t>desarrollo</w:t>
      </w:r>
      <w:proofErr w:type="spellEnd"/>
      <w:r>
        <w:t xml:space="preserve"> de la </w:t>
      </w:r>
      <w:proofErr w:type="spellStart"/>
      <w:r>
        <w:t>presencia</w:t>
      </w:r>
      <w:proofErr w:type="spellEnd"/>
      <w:r>
        <w:t xml:space="preserve"> del intérprete. Me apasiona la creación colectiva y la </w:t>
      </w:r>
      <w:proofErr w:type="spellStart"/>
      <w:r>
        <w:t>inclusión</w:t>
      </w:r>
      <w:proofErr w:type="spellEnd"/>
      <w:r>
        <w:t xml:space="preserve">, y </w:t>
      </w:r>
      <w:proofErr w:type="spellStart"/>
      <w:r>
        <w:t>busco</w:t>
      </w:r>
      <w:proofErr w:type="spellEnd"/>
      <w:r>
        <w:t xml:space="preserve"> </w:t>
      </w:r>
      <w:proofErr w:type="spellStart"/>
      <w:r>
        <w:t>compartir</w:t>
      </w:r>
      <w:proofErr w:type="spellEnd"/>
      <w:r>
        <w:t xml:space="preserve"> </w:t>
      </w:r>
      <w:proofErr w:type="spellStart"/>
      <w:r>
        <w:t>esa</w:t>
      </w:r>
      <w:proofErr w:type="spellEnd"/>
      <w:r>
        <w:t xml:space="preserve"> </w:t>
      </w:r>
      <w:proofErr w:type="spellStart"/>
      <w:r>
        <w:t>experiencia</w:t>
      </w:r>
      <w:proofErr w:type="spellEnd"/>
      <w:r>
        <w:t xml:space="preserve"> con mis </w:t>
      </w:r>
      <w:proofErr w:type="spellStart"/>
      <w:r>
        <w:t>estudiantes</w:t>
      </w:r>
      <w:proofErr w:type="spellEnd"/>
      <w:r>
        <w:t xml:space="preserve"> y </w:t>
      </w:r>
      <w:proofErr w:type="spellStart"/>
      <w:r>
        <w:t>colegas</w:t>
      </w:r>
      <w:proofErr w:type="spellEnd"/>
      <w:r w:rsidR="00351885">
        <w:t>.</w:t>
      </w:r>
    </w:p>
    <w:p w:rsidR="00FC7C61" w:rsidRDefault="00000000">
      <w:pPr>
        <w:pStyle w:val="Ttulo2"/>
      </w:pPr>
      <w:r>
        <w:t>Experiencia Docente</w:t>
      </w:r>
    </w:p>
    <w:p w:rsidR="00423C96" w:rsidRPr="00887F31" w:rsidRDefault="00344EBB">
      <w:proofErr w:type="spellStart"/>
      <w:r>
        <w:rPr>
          <w:rStyle w:val="Textoennegrita"/>
          <w:color w:val="000000"/>
        </w:rPr>
        <w:t>Profesor</w:t>
      </w:r>
      <w:proofErr w:type="spellEnd"/>
      <w:r>
        <w:rPr>
          <w:rStyle w:val="Textoennegrita"/>
          <w:color w:val="000000"/>
        </w:rPr>
        <w:t>, director</w:t>
      </w:r>
      <w:r w:rsidR="00351885">
        <w:rPr>
          <w:rStyle w:val="Textoennegrita"/>
          <w:color w:val="000000"/>
        </w:rPr>
        <w:t>,</w:t>
      </w:r>
      <w:r>
        <w:rPr>
          <w:rStyle w:val="Textoennegrita"/>
          <w:color w:val="000000"/>
        </w:rPr>
        <w:t xml:space="preserve"> actor</w:t>
      </w:r>
      <w:r w:rsidR="00351885">
        <w:rPr>
          <w:rStyle w:val="Textoennegrita"/>
          <w:color w:val="000000"/>
        </w:rPr>
        <w:t xml:space="preserve"> y </w:t>
      </w:r>
      <w:proofErr w:type="spellStart"/>
      <w:r w:rsidR="00351885">
        <w:rPr>
          <w:rStyle w:val="Textoennegrita"/>
          <w:color w:val="000000"/>
        </w:rPr>
        <w:t>realizador</w:t>
      </w:r>
      <w:proofErr w:type="spellEnd"/>
      <w:r>
        <w:rPr>
          <w:rStyle w:val="Textoennegrita"/>
          <w:color w:val="000000"/>
        </w:rPr>
        <w:t xml:space="preserve"> – Apropos Teater / Bergen </w:t>
      </w:r>
      <w:proofErr w:type="spellStart"/>
      <w:r>
        <w:rPr>
          <w:rStyle w:val="Textoennegrita"/>
          <w:color w:val="000000"/>
        </w:rPr>
        <w:t>Byspill</w:t>
      </w:r>
      <w:proofErr w:type="spellEnd"/>
      <w:r>
        <w:rPr>
          <w:rStyle w:val="Textoennegrita"/>
          <w:color w:val="000000"/>
        </w:rPr>
        <w:t> (2012–</w:t>
      </w:r>
      <w:proofErr w:type="spellStart"/>
      <w:r>
        <w:rPr>
          <w:rStyle w:val="Textoennegrita"/>
          <w:color w:val="000000"/>
        </w:rPr>
        <w:t>presente</w:t>
      </w:r>
      <w:proofErr w:type="spellEnd"/>
      <w:r>
        <w:rPr>
          <w:rStyle w:val="Textoennegrita"/>
          <w:color w:val="000000"/>
        </w:rPr>
        <w:t>).</w:t>
      </w:r>
      <w:r>
        <w:rPr>
          <w:color w:val="000000"/>
        </w:rPr>
        <w:br/>
      </w:r>
      <w:proofErr w:type="spellStart"/>
      <w:r w:rsidRPr="00887F31">
        <w:t>Colaborador</w:t>
      </w:r>
      <w:proofErr w:type="spellEnd"/>
      <w:r w:rsidRPr="00887F31">
        <w:t xml:space="preserve"> </w:t>
      </w:r>
      <w:proofErr w:type="spellStart"/>
      <w:r w:rsidRPr="00887F31">
        <w:t>permanente</w:t>
      </w:r>
      <w:proofErr w:type="spellEnd"/>
      <w:r w:rsidRPr="00887F31">
        <w:t xml:space="preserve"> </w:t>
      </w:r>
      <w:proofErr w:type="spellStart"/>
      <w:r w:rsidRPr="00887F31">
        <w:t>en</w:t>
      </w:r>
      <w:proofErr w:type="spellEnd"/>
      <w:r w:rsidRPr="00887F31">
        <w:t xml:space="preserve"> </w:t>
      </w:r>
      <w:proofErr w:type="spellStart"/>
      <w:r w:rsidRPr="00887F31">
        <w:t>el</w:t>
      </w:r>
      <w:proofErr w:type="spellEnd"/>
      <w:r w:rsidRPr="00887F31">
        <w:t xml:space="preserve"> </w:t>
      </w:r>
      <w:proofErr w:type="spellStart"/>
      <w:r w:rsidRPr="00887F31">
        <w:t>proyecto</w:t>
      </w:r>
      <w:proofErr w:type="spellEnd"/>
      <w:r w:rsidRPr="00887F31">
        <w:t xml:space="preserve"> </w:t>
      </w:r>
      <w:proofErr w:type="spellStart"/>
      <w:r w:rsidRPr="00887F31">
        <w:t>transatlántico</w:t>
      </w:r>
      <w:proofErr w:type="spellEnd"/>
      <w:r w:rsidRPr="00887F31">
        <w:t> </w:t>
      </w:r>
      <w:hyperlink r:id="rId8" w:history="1">
        <w:r w:rsidRPr="00351885">
          <w:rPr>
            <w:rStyle w:val="Hipervnculo"/>
            <w:i/>
            <w:iCs/>
          </w:rPr>
          <w:t>The Transatlantic Recipe</w:t>
        </w:r>
      </w:hyperlink>
      <w:r w:rsidRPr="00887F31">
        <w:t xml:space="preserve">, que </w:t>
      </w:r>
      <w:proofErr w:type="spellStart"/>
      <w:r w:rsidRPr="00887F31">
        <w:t>combina</w:t>
      </w:r>
      <w:proofErr w:type="spellEnd"/>
      <w:r w:rsidRPr="00887F31">
        <w:t xml:space="preserve"> </w:t>
      </w:r>
      <w:proofErr w:type="spellStart"/>
      <w:r w:rsidRPr="00887F31">
        <w:t>creación</w:t>
      </w:r>
      <w:proofErr w:type="spellEnd"/>
      <w:r w:rsidRPr="00887F31">
        <w:t xml:space="preserve"> </w:t>
      </w:r>
      <w:proofErr w:type="spellStart"/>
      <w:r w:rsidRPr="00887F31">
        <w:t>escénica</w:t>
      </w:r>
      <w:proofErr w:type="spellEnd"/>
      <w:r w:rsidRPr="00887F31">
        <w:t xml:space="preserve"> y audiovisual entre Bergen y La Habana. </w:t>
      </w:r>
      <w:proofErr w:type="spellStart"/>
      <w:r w:rsidRPr="00887F31">
        <w:t>Codiseño</w:t>
      </w:r>
      <w:proofErr w:type="spellEnd"/>
      <w:r w:rsidRPr="00887F31">
        <w:t xml:space="preserve"> e </w:t>
      </w:r>
      <w:proofErr w:type="spellStart"/>
      <w:r w:rsidRPr="00887F31">
        <w:t>impartición</w:t>
      </w:r>
      <w:proofErr w:type="spellEnd"/>
      <w:r w:rsidRPr="00887F31">
        <w:t xml:space="preserve"> de </w:t>
      </w:r>
      <w:proofErr w:type="spellStart"/>
      <w:r w:rsidRPr="00887F31">
        <w:t>talleres</w:t>
      </w:r>
      <w:proofErr w:type="spellEnd"/>
      <w:r w:rsidRPr="00887F31">
        <w:t xml:space="preserve"> de </w:t>
      </w:r>
      <w:proofErr w:type="spellStart"/>
      <w:r w:rsidRPr="00887F31">
        <w:t>creación</w:t>
      </w:r>
      <w:proofErr w:type="spellEnd"/>
      <w:r w:rsidRPr="00887F31">
        <w:t xml:space="preserve"> </w:t>
      </w:r>
      <w:proofErr w:type="spellStart"/>
      <w:r w:rsidRPr="00887F31">
        <w:t>colectiva</w:t>
      </w:r>
      <w:proofErr w:type="spellEnd"/>
      <w:r w:rsidRPr="00887F31">
        <w:t xml:space="preserve"> y </w:t>
      </w:r>
      <w:proofErr w:type="spellStart"/>
      <w:r w:rsidRPr="00887F31">
        <w:t>teatro</w:t>
      </w:r>
      <w:proofErr w:type="spellEnd"/>
      <w:r w:rsidRPr="00887F31">
        <w:t xml:space="preserve"> </w:t>
      </w:r>
      <w:proofErr w:type="spellStart"/>
      <w:r w:rsidRPr="00887F31">
        <w:t>físico</w:t>
      </w:r>
      <w:proofErr w:type="spellEnd"/>
      <w:r w:rsidRPr="00887F31">
        <w:t xml:space="preserve">, </w:t>
      </w:r>
      <w:proofErr w:type="spellStart"/>
      <w:r w:rsidRPr="00887F31">
        <w:t>exploración</w:t>
      </w:r>
      <w:proofErr w:type="spellEnd"/>
      <w:r w:rsidRPr="00887F31">
        <w:t xml:space="preserve"> de </w:t>
      </w:r>
      <w:proofErr w:type="spellStart"/>
      <w:r w:rsidRPr="00887F31">
        <w:t>nuevas</w:t>
      </w:r>
      <w:proofErr w:type="spellEnd"/>
      <w:r w:rsidRPr="00887F31">
        <w:t xml:space="preserve"> </w:t>
      </w:r>
      <w:proofErr w:type="spellStart"/>
      <w:r w:rsidRPr="00887F31">
        <w:t>dramaturgias</w:t>
      </w:r>
      <w:proofErr w:type="spellEnd"/>
      <w:r w:rsidRPr="00887F31">
        <w:t xml:space="preserve"> a </w:t>
      </w:r>
      <w:proofErr w:type="spellStart"/>
      <w:r w:rsidRPr="00887F31">
        <w:t>partir</w:t>
      </w:r>
      <w:proofErr w:type="spellEnd"/>
      <w:r w:rsidRPr="00887F31">
        <w:t xml:space="preserve"> de </w:t>
      </w:r>
      <w:proofErr w:type="spellStart"/>
      <w:r w:rsidRPr="00887F31">
        <w:t>clásicos</w:t>
      </w:r>
      <w:proofErr w:type="spellEnd"/>
      <w:r w:rsidRPr="00887F31">
        <w:t xml:space="preserve"> y </w:t>
      </w:r>
      <w:proofErr w:type="spellStart"/>
      <w:r w:rsidRPr="00887F31">
        <w:t>tragedias</w:t>
      </w:r>
      <w:proofErr w:type="spellEnd"/>
      <w:r w:rsidRPr="00887F31">
        <w:t xml:space="preserve"> </w:t>
      </w:r>
      <w:proofErr w:type="spellStart"/>
      <w:r w:rsidRPr="00887F31">
        <w:t>contemporáneas</w:t>
      </w:r>
      <w:proofErr w:type="spellEnd"/>
      <w:r w:rsidRPr="00887F31">
        <w:t xml:space="preserve">, y </w:t>
      </w:r>
      <w:proofErr w:type="spellStart"/>
      <w:r w:rsidRPr="00887F31">
        <w:t>dirección</w:t>
      </w:r>
      <w:proofErr w:type="spellEnd"/>
      <w:r w:rsidRPr="00887F31">
        <w:t xml:space="preserve"> y </w:t>
      </w:r>
      <w:proofErr w:type="spellStart"/>
      <w:r w:rsidRPr="00887F31">
        <w:t>actuación</w:t>
      </w:r>
      <w:proofErr w:type="spellEnd"/>
      <w:r w:rsidRPr="00887F31">
        <w:t xml:space="preserve"> </w:t>
      </w:r>
      <w:proofErr w:type="spellStart"/>
      <w:r w:rsidRPr="00887F31">
        <w:t>en</w:t>
      </w:r>
      <w:proofErr w:type="spellEnd"/>
      <w:r w:rsidRPr="00887F31">
        <w:t xml:space="preserve"> </w:t>
      </w:r>
      <w:proofErr w:type="spellStart"/>
      <w:r w:rsidRPr="00887F31">
        <w:t>montajes</w:t>
      </w:r>
      <w:proofErr w:type="spellEnd"/>
      <w:r w:rsidRPr="00887F31">
        <w:t xml:space="preserve"> </w:t>
      </w:r>
      <w:proofErr w:type="spellStart"/>
      <w:r w:rsidRPr="00887F31">
        <w:t>híbridos</w:t>
      </w:r>
      <w:proofErr w:type="spellEnd"/>
      <w:r w:rsidRPr="00887F31">
        <w:t xml:space="preserve"> </w:t>
      </w:r>
      <w:proofErr w:type="spellStart"/>
      <w:r w:rsidRPr="00887F31">
        <w:t>como</w:t>
      </w:r>
      <w:proofErr w:type="spellEnd"/>
      <w:r w:rsidRPr="00887F31">
        <w:t> </w:t>
      </w:r>
      <w:proofErr w:type="spellStart"/>
      <w:r w:rsidR="00351885">
        <w:rPr>
          <w:i/>
          <w:iCs/>
        </w:rPr>
        <w:fldChar w:fldCharType="begin"/>
      </w:r>
      <w:r w:rsidR="00351885">
        <w:rPr>
          <w:i/>
          <w:iCs/>
        </w:rPr>
        <w:instrText>HYPERLINK "https://youtu.be/cBtR0lBGVsg"</w:instrText>
      </w:r>
      <w:r w:rsidR="00351885">
        <w:rPr>
          <w:i/>
          <w:iCs/>
        </w:rPr>
      </w:r>
      <w:r w:rsidR="00351885">
        <w:rPr>
          <w:i/>
          <w:iCs/>
        </w:rPr>
        <w:fldChar w:fldCharType="separate"/>
      </w:r>
      <w:r w:rsidRPr="00351885">
        <w:rPr>
          <w:rStyle w:val="Hipervnculo"/>
          <w:i/>
          <w:iCs/>
        </w:rPr>
        <w:t>iPanikk</w:t>
      </w:r>
      <w:proofErr w:type="spellEnd"/>
      <w:r w:rsidRPr="00351885">
        <w:rPr>
          <w:rStyle w:val="Hipervnculo"/>
        </w:rPr>
        <w:t> </w:t>
      </w:r>
      <w:r w:rsidR="00351885">
        <w:rPr>
          <w:i/>
          <w:iCs/>
        </w:rPr>
        <w:fldChar w:fldCharType="end"/>
      </w:r>
      <w:r w:rsidRPr="00887F31">
        <w:t>y </w:t>
      </w:r>
      <w:proofErr w:type="spellStart"/>
      <w:r w:rsidR="00351885">
        <w:rPr>
          <w:i/>
          <w:iCs/>
        </w:rPr>
        <w:fldChar w:fldCharType="begin"/>
      </w:r>
      <w:r w:rsidR="00351885">
        <w:rPr>
          <w:i/>
          <w:iCs/>
        </w:rPr>
        <w:instrText>HYPERLINK "https://youtu.be/AfDtfDNluYA"</w:instrText>
      </w:r>
      <w:r w:rsidR="00351885">
        <w:rPr>
          <w:i/>
          <w:iCs/>
        </w:rPr>
      </w:r>
      <w:r w:rsidR="00351885">
        <w:rPr>
          <w:i/>
          <w:iCs/>
        </w:rPr>
        <w:fldChar w:fldCharType="separate"/>
      </w:r>
      <w:r w:rsidRPr="00351885">
        <w:rPr>
          <w:rStyle w:val="Hipervnculo"/>
          <w:i/>
          <w:iCs/>
        </w:rPr>
        <w:t>Katastrofen</w:t>
      </w:r>
      <w:proofErr w:type="spellEnd"/>
      <w:r w:rsidR="00351885">
        <w:rPr>
          <w:i/>
          <w:iCs/>
        </w:rPr>
        <w:fldChar w:fldCharType="end"/>
      </w:r>
      <w:r w:rsidRPr="00887F31">
        <w:t xml:space="preserve">. En </w:t>
      </w:r>
      <w:proofErr w:type="spellStart"/>
      <w:r w:rsidRPr="00887F31">
        <w:t>estas</w:t>
      </w:r>
      <w:proofErr w:type="spellEnd"/>
      <w:r w:rsidRPr="00887F31">
        <w:t xml:space="preserve"> </w:t>
      </w:r>
      <w:proofErr w:type="spellStart"/>
      <w:r w:rsidRPr="00887F31">
        <w:t>producciones</w:t>
      </w:r>
      <w:proofErr w:type="spellEnd"/>
      <w:r w:rsidRPr="00887F31">
        <w:t xml:space="preserve"> </w:t>
      </w:r>
      <w:proofErr w:type="spellStart"/>
      <w:r w:rsidRPr="00887F31">
        <w:t>investiga</w:t>
      </w:r>
      <w:proofErr w:type="spellEnd"/>
      <w:r w:rsidRPr="00887F31">
        <w:t xml:space="preserve"> la </w:t>
      </w:r>
      <w:proofErr w:type="spellStart"/>
      <w:r w:rsidRPr="00887F31">
        <w:t>relación</w:t>
      </w:r>
      <w:proofErr w:type="spellEnd"/>
      <w:r w:rsidRPr="00887F31">
        <w:t xml:space="preserve"> entre </w:t>
      </w:r>
      <w:proofErr w:type="spellStart"/>
      <w:r w:rsidRPr="00887F31">
        <w:t>escena</w:t>
      </w:r>
      <w:proofErr w:type="spellEnd"/>
      <w:r w:rsidRPr="00887F31">
        <w:t xml:space="preserve"> y cine, </w:t>
      </w:r>
      <w:proofErr w:type="spellStart"/>
      <w:r w:rsidRPr="0050132C">
        <w:t>incorporando</w:t>
      </w:r>
      <w:proofErr w:type="spellEnd"/>
      <w:r w:rsidRPr="0050132C">
        <w:t xml:space="preserve"> </w:t>
      </w:r>
      <w:proofErr w:type="spellStart"/>
      <w:r w:rsidRPr="0050132C">
        <w:t>entrevistas</w:t>
      </w:r>
      <w:proofErr w:type="spellEnd"/>
      <w:r w:rsidRPr="0050132C">
        <w:t xml:space="preserve"> y </w:t>
      </w:r>
      <w:proofErr w:type="spellStart"/>
      <w:r w:rsidRPr="0050132C">
        <w:t>registros</w:t>
      </w:r>
      <w:proofErr w:type="spellEnd"/>
      <w:r w:rsidRPr="0050132C">
        <w:t xml:space="preserve"> </w:t>
      </w:r>
      <w:proofErr w:type="spellStart"/>
      <w:r w:rsidRPr="0050132C">
        <w:t>documentales</w:t>
      </w:r>
      <w:proofErr w:type="spellEnd"/>
      <w:r w:rsidRPr="0050132C">
        <w:t xml:space="preserve"> de Bergen y La Habana que </w:t>
      </w:r>
      <w:proofErr w:type="spellStart"/>
      <w:r w:rsidRPr="0050132C">
        <w:t>enlazan</w:t>
      </w:r>
      <w:proofErr w:type="spellEnd"/>
      <w:r w:rsidRPr="0050132C">
        <w:t xml:space="preserve"> </w:t>
      </w:r>
      <w:proofErr w:type="spellStart"/>
      <w:r w:rsidRPr="0050132C">
        <w:t>contextos</w:t>
      </w:r>
      <w:proofErr w:type="spellEnd"/>
      <w:r w:rsidRPr="0050132C">
        <w:t xml:space="preserve"> locales e </w:t>
      </w:r>
      <w:proofErr w:type="spellStart"/>
      <w:r w:rsidRPr="0050132C">
        <w:t>internacionales</w:t>
      </w:r>
      <w:proofErr w:type="spellEnd"/>
      <w:r w:rsidRPr="0050132C">
        <w:t xml:space="preserve">. </w:t>
      </w:r>
      <w:proofErr w:type="spellStart"/>
      <w:r w:rsidRPr="0050132C">
        <w:t>Facilitó</w:t>
      </w:r>
      <w:proofErr w:type="spellEnd"/>
      <w:r w:rsidRPr="0050132C">
        <w:t xml:space="preserve"> workshops </w:t>
      </w:r>
      <w:proofErr w:type="spellStart"/>
      <w:r w:rsidRPr="0050132C">
        <w:t>en</w:t>
      </w:r>
      <w:proofErr w:type="spellEnd"/>
      <w:r w:rsidRPr="0050132C">
        <w:t xml:space="preserve"> Bergen y La Habana con </w:t>
      </w:r>
      <w:proofErr w:type="spellStart"/>
      <w:r w:rsidRPr="0050132C">
        <w:t>artistas</w:t>
      </w:r>
      <w:proofErr w:type="spellEnd"/>
      <w:r w:rsidRPr="0050132C">
        <w:t xml:space="preserve"> </w:t>
      </w:r>
      <w:proofErr w:type="spellStart"/>
      <w:r w:rsidRPr="0050132C">
        <w:t>noruegos</w:t>
      </w:r>
      <w:proofErr w:type="spellEnd"/>
      <w:r w:rsidRPr="0050132C">
        <w:t xml:space="preserve">, </w:t>
      </w:r>
      <w:proofErr w:type="spellStart"/>
      <w:r w:rsidR="00887F31" w:rsidRPr="0050132C">
        <w:t>daneses</w:t>
      </w:r>
      <w:proofErr w:type="spellEnd"/>
      <w:r w:rsidR="00887F31" w:rsidRPr="0050132C">
        <w:t xml:space="preserve">, </w:t>
      </w:r>
      <w:proofErr w:type="spellStart"/>
      <w:r w:rsidR="00887F31" w:rsidRPr="0050132C">
        <w:t>suecos</w:t>
      </w:r>
      <w:proofErr w:type="spellEnd"/>
      <w:r w:rsidR="00887F31" w:rsidRPr="0050132C">
        <w:t xml:space="preserve">, </w:t>
      </w:r>
      <w:proofErr w:type="spellStart"/>
      <w:r w:rsidR="00887F31" w:rsidRPr="0050132C">
        <w:t>franceses</w:t>
      </w:r>
      <w:proofErr w:type="spellEnd"/>
      <w:r w:rsidR="00887F31" w:rsidRPr="0050132C">
        <w:t xml:space="preserve">, </w:t>
      </w:r>
      <w:proofErr w:type="spellStart"/>
      <w:r w:rsidRPr="0050132C">
        <w:t>cubanos</w:t>
      </w:r>
      <w:proofErr w:type="spellEnd"/>
      <w:r w:rsidRPr="0050132C">
        <w:t xml:space="preserve"> e </w:t>
      </w:r>
      <w:proofErr w:type="spellStart"/>
      <w:r w:rsidRPr="0050132C">
        <w:t>indios</w:t>
      </w:r>
      <w:proofErr w:type="spellEnd"/>
      <w:r w:rsidRPr="0050132C">
        <w:t xml:space="preserve">, y </w:t>
      </w:r>
      <w:proofErr w:type="spellStart"/>
      <w:r w:rsidRPr="0050132C">
        <w:t>coordinó</w:t>
      </w:r>
      <w:proofErr w:type="spellEnd"/>
      <w:r w:rsidRPr="0050132C">
        <w:t xml:space="preserve"> la </w:t>
      </w:r>
      <w:proofErr w:type="spellStart"/>
      <w:r w:rsidRPr="0050132C">
        <w:t>grabación</w:t>
      </w:r>
      <w:proofErr w:type="spellEnd"/>
      <w:r w:rsidRPr="0050132C">
        <w:t xml:space="preserve"> y </w:t>
      </w:r>
      <w:proofErr w:type="spellStart"/>
      <w:r w:rsidRPr="0050132C">
        <w:t>edición</w:t>
      </w:r>
      <w:proofErr w:type="spellEnd"/>
      <w:r w:rsidRPr="0050132C">
        <w:t xml:space="preserve"> de </w:t>
      </w:r>
      <w:proofErr w:type="spellStart"/>
      <w:r w:rsidRPr="0050132C">
        <w:t>cortos</w:t>
      </w:r>
      <w:proofErr w:type="spellEnd"/>
      <w:r w:rsidRPr="0050132C">
        <w:t xml:space="preserve"> </w:t>
      </w:r>
      <w:proofErr w:type="spellStart"/>
      <w:r w:rsidRPr="0050132C">
        <w:t>documentales</w:t>
      </w:r>
      <w:proofErr w:type="spellEnd"/>
      <w:r w:rsidR="00887F31" w:rsidRPr="0050132C">
        <w:t xml:space="preserve"> </w:t>
      </w:r>
      <w:proofErr w:type="spellStart"/>
      <w:r w:rsidR="00887F31" w:rsidRPr="0050132C">
        <w:t>así</w:t>
      </w:r>
      <w:proofErr w:type="spellEnd"/>
      <w:r w:rsidR="00887F31" w:rsidRPr="0050132C">
        <w:t xml:space="preserve"> </w:t>
      </w:r>
      <w:proofErr w:type="spellStart"/>
      <w:r w:rsidR="00887F31" w:rsidRPr="0050132C">
        <w:t>como</w:t>
      </w:r>
      <w:proofErr w:type="spellEnd"/>
      <w:r w:rsidR="00887F31">
        <w:t xml:space="preserve"> </w:t>
      </w:r>
      <w:proofErr w:type="spellStart"/>
      <w:r w:rsidR="00887F31">
        <w:t>piezas</w:t>
      </w:r>
      <w:proofErr w:type="spellEnd"/>
      <w:r w:rsidR="00887F31">
        <w:t xml:space="preserve"> </w:t>
      </w:r>
      <w:proofErr w:type="spellStart"/>
      <w:r w:rsidR="00887F31">
        <w:t>audiovisual</w:t>
      </w:r>
      <w:r w:rsidR="00351885">
        <w:t>e</w:t>
      </w:r>
      <w:r w:rsidR="00887F31">
        <w:t>s</w:t>
      </w:r>
      <w:proofErr w:type="spellEnd"/>
      <w:r w:rsidRPr="00887F31">
        <w:t xml:space="preserve">. </w:t>
      </w:r>
    </w:p>
    <w:p w:rsidR="00887F31" w:rsidRPr="0050132C" w:rsidRDefault="00000000" w:rsidP="0050132C">
      <w:pPr>
        <w:pStyle w:val="p1"/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</w:pPr>
      <w:proofErr w:type="spellStart"/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t>Profesor</w:t>
      </w:r>
      <w:proofErr w:type="spellEnd"/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t>colaborador</w:t>
      </w:r>
      <w:proofErr w:type="spellEnd"/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t xml:space="preserve"> – Universidad de </w:t>
      </w:r>
      <w:proofErr w:type="spellStart"/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t>Ciencias</w:t>
      </w:r>
      <w:proofErr w:type="spellEnd"/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t>Sociales</w:t>
      </w:r>
      <w:proofErr w:type="spellEnd"/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t xml:space="preserve"> del Oeste de Noruega (HIB) (2012–2018).</w:t>
      </w:r>
      <w:r w:rsidRPr="0050132C"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  <w:lang w:val="en-US" w:eastAsia="en-US"/>
        </w:rPr>
        <w:br/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Diseño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e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impartición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talleres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creación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escénica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y audiovisual,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formación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técnica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actoral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y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trabajo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presencia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escénica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, y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desarrollo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proyectos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artísticos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con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enfoque</w:t>
      </w:r>
      <w:proofErr w:type="spellEnd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comunitario</w:t>
      </w:r>
      <w:proofErr w:type="spellEnd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participando</w:t>
      </w:r>
      <w:proofErr w:type="spellEnd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el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Programa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Intensivo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Trabajo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Comunitario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y Arte” (Intensive </w:t>
      </w:r>
      <w:hyperlink r:id="rId9" w:history="1">
        <w:r w:rsidR="0050132C" w:rsidRPr="00DB3205">
          <w:rPr>
            <w:rStyle w:val="Hipervnculo"/>
            <w:rFonts w:asciiTheme="minorHAnsi" w:eastAsiaTheme="minorEastAsia" w:hAnsiTheme="minorHAnsi" w:cstheme="minorBidi"/>
            <w:sz w:val="22"/>
            <w:szCs w:val="22"/>
            <w:lang w:val="en-US" w:eastAsia="en-US"/>
          </w:rPr>
          <w:t>Program: Community Work and Art</w:t>
        </w:r>
      </w:hyperlink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)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Bergen. Este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curso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se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celebró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septiembre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2014 y luego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2016 y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formaba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parte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un </w:t>
      </w:r>
      <w:proofErr w:type="spellStart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máster</w:t>
      </w:r>
      <w:proofErr w:type="spellEnd"/>
      <w:r w:rsidR="0050132C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conjunto entre la Universidad Complutense de Madrid y la Universidad de Bergen.</w:t>
      </w:r>
      <w:r w:rsidR="0050132C" w:rsidRPr="0050132C">
        <w:rPr>
          <w:rFonts w:eastAsiaTheme="minorEastAsia"/>
        </w:rPr>
        <w:t xml:space="preserve"> </w:t>
      </w:r>
      <w:proofErr w:type="spellStart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Incluido</w:t>
      </w:r>
      <w:proofErr w:type="spellEnd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también</w:t>
      </w:r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programas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lastRenderedPageBreak/>
        <w:t>investigación</w:t>
      </w:r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noBreakHyphen/>
        <w:t>acción</w:t>
      </w:r>
      <w:proofErr w:type="spellEnd"/>
      <w:r w:rsidR="00DB3205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(action-learning)</w:t>
      </w:r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sobre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teatro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comunitario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colaboración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con la Universidad de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Ciencias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Aplicadas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Bergen y con Jan van Erven,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profesor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la Universidad de Utrecht y director</w:t>
      </w:r>
      <w:r w:rsidR="00887F31" w:rsidRPr="0050132C">
        <w:rPr>
          <w:lang w:val="en-US" w:eastAsia="en-US"/>
        </w:rPr>
        <w:t xml:space="preserve"> </w:t>
      </w:r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del Rotterdam International Community Arts Festival, lo que le ha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llevado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gram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a</w:t>
      </w:r>
      <w:proofErr w:type="gram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impartir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masterclasses y a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participar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talleres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los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Países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Bajos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el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programa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Máster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887F31" w:rsidRPr="0050132C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Arte y Sociedad.</w:t>
      </w:r>
    </w:p>
    <w:p w:rsidR="00FC7C61" w:rsidRDefault="00000000">
      <w:r>
        <w:br/>
      </w:r>
    </w:p>
    <w:p w:rsidR="00FC7C61" w:rsidRDefault="00000000">
      <w:proofErr w:type="spellStart"/>
      <w:r>
        <w:rPr>
          <w:b/>
        </w:rPr>
        <w:t>Profesor</w:t>
      </w:r>
      <w:proofErr w:type="spellEnd"/>
      <w:r w:rsidR="00423C96">
        <w:rPr>
          <w:b/>
        </w:rPr>
        <w:t>/Director</w:t>
      </w:r>
      <w:r>
        <w:rPr>
          <w:b/>
        </w:rPr>
        <w:t xml:space="preserve"> </w:t>
      </w:r>
      <w:proofErr w:type="spellStart"/>
      <w:r>
        <w:rPr>
          <w:b/>
        </w:rPr>
        <w:t>invitado</w:t>
      </w:r>
      <w:proofErr w:type="spellEnd"/>
      <w:r>
        <w:rPr>
          <w:b/>
        </w:rPr>
        <w:t xml:space="preserve"> y </w:t>
      </w:r>
      <w:proofErr w:type="spellStart"/>
      <w:r>
        <w:rPr>
          <w:b/>
        </w:rPr>
        <w:t>tallerista</w:t>
      </w:r>
      <w:proofErr w:type="spellEnd"/>
      <w:r>
        <w:rPr>
          <w:b/>
        </w:rPr>
        <w:t xml:space="preserve"> – </w:t>
      </w:r>
      <w:proofErr w:type="spellStart"/>
      <w:r>
        <w:rPr>
          <w:b/>
        </w:rPr>
        <w:t>Programas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Kinomada</w:t>
      </w:r>
      <w:proofErr w:type="spellEnd"/>
      <w:r>
        <w:rPr>
          <w:b/>
        </w:rPr>
        <w:t xml:space="preserve"> </w:t>
      </w:r>
      <w:r w:rsidR="00DB3205">
        <w:rPr>
          <w:b/>
        </w:rPr>
        <w:t xml:space="preserve">(Laboratorio Audiovisual con base </w:t>
      </w:r>
      <w:proofErr w:type="spellStart"/>
      <w:r w:rsidR="00DB3205">
        <w:rPr>
          <w:b/>
        </w:rPr>
        <w:t>en</w:t>
      </w:r>
      <w:proofErr w:type="spellEnd"/>
      <w:r w:rsidR="00DB3205">
        <w:rPr>
          <w:b/>
        </w:rPr>
        <w:t xml:space="preserve"> </w:t>
      </w:r>
      <w:proofErr w:type="gramStart"/>
      <w:r w:rsidR="00DB3205">
        <w:rPr>
          <w:b/>
        </w:rPr>
        <w:t xml:space="preserve">Québec)  </w:t>
      </w:r>
      <w:proofErr w:type="spellStart"/>
      <w:r>
        <w:rPr>
          <w:b/>
        </w:rPr>
        <w:t>en</w:t>
      </w:r>
      <w:proofErr w:type="spellEnd"/>
      <w:proofErr w:type="gramEnd"/>
      <w:r>
        <w:rPr>
          <w:b/>
        </w:rPr>
        <w:t xml:space="preserve"> Cuba</w:t>
      </w:r>
      <w:r w:rsidR="0063684B">
        <w:rPr>
          <w:b/>
        </w:rPr>
        <w:t xml:space="preserve">, </w:t>
      </w:r>
      <w:proofErr w:type="spellStart"/>
      <w:r w:rsidR="0063684B">
        <w:rPr>
          <w:b/>
        </w:rPr>
        <w:t>Canadá</w:t>
      </w:r>
      <w:proofErr w:type="spellEnd"/>
      <w:r>
        <w:rPr>
          <w:b/>
        </w:rPr>
        <w:t xml:space="preserve"> y México (2009–</w:t>
      </w:r>
      <w:r w:rsidR="0063684B">
        <w:rPr>
          <w:b/>
        </w:rPr>
        <w:t>2015)</w:t>
      </w:r>
      <w:r>
        <w:rPr>
          <w:b/>
        </w:rPr>
        <w:t>.</w:t>
      </w:r>
      <w:r>
        <w:rPr>
          <w:b/>
        </w:rPr>
        <w:br/>
      </w:r>
      <w:proofErr w:type="spellStart"/>
      <w:r>
        <w:t>Diseño</w:t>
      </w:r>
      <w:proofErr w:type="spellEnd"/>
      <w:r>
        <w:t xml:space="preserve"> e </w:t>
      </w:r>
      <w:proofErr w:type="spellStart"/>
      <w:r>
        <w:t>impartición</w:t>
      </w:r>
      <w:proofErr w:type="spellEnd"/>
      <w:r>
        <w:t xml:space="preserve"> de </w:t>
      </w:r>
      <w:proofErr w:type="spellStart"/>
      <w:r>
        <w:t>talleres</w:t>
      </w:r>
      <w:proofErr w:type="spellEnd"/>
      <w:r>
        <w:t xml:space="preserve"> de </w:t>
      </w:r>
      <w:proofErr w:type="spellStart"/>
      <w:r>
        <w:t>interpretación</w:t>
      </w:r>
      <w:proofErr w:type="spellEnd"/>
      <w:r>
        <w:t xml:space="preserve"> para cine y </w:t>
      </w:r>
      <w:proofErr w:type="spellStart"/>
      <w:r>
        <w:t>teatro</w:t>
      </w:r>
      <w:proofErr w:type="spellEnd"/>
      <w:r>
        <w:t xml:space="preserve">, coaching de </w:t>
      </w:r>
      <w:proofErr w:type="spellStart"/>
      <w:r w:rsidR="00423C96">
        <w:t>actores</w:t>
      </w:r>
      <w:proofErr w:type="spellEnd"/>
      <w:r w:rsidR="00423C96">
        <w:t>,</w:t>
      </w:r>
      <w:r>
        <w:t xml:space="preserve"> </w:t>
      </w:r>
      <w:proofErr w:type="spellStart"/>
      <w:r>
        <w:t>acompañamiento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procesos</w:t>
      </w:r>
      <w:proofErr w:type="spellEnd"/>
      <w:r>
        <w:t xml:space="preserve"> de rodaje, y mentoría en proyectos audiovisuales y de investigación escénica.</w:t>
      </w:r>
      <w:r>
        <w:br/>
      </w:r>
    </w:p>
    <w:p w:rsidR="00FC7C61" w:rsidRDefault="00000000">
      <w:r>
        <w:rPr>
          <w:b/>
        </w:rPr>
        <w:t xml:space="preserve">Taller de </w:t>
      </w:r>
      <w:proofErr w:type="spellStart"/>
      <w:r>
        <w:rPr>
          <w:b/>
        </w:rPr>
        <w:t>teatro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inclusivo</w:t>
      </w:r>
      <w:proofErr w:type="spellEnd"/>
      <w:r>
        <w:rPr>
          <w:b/>
        </w:rPr>
        <w:t xml:space="preserve"> y </w:t>
      </w:r>
      <w:proofErr w:type="spellStart"/>
      <w:r>
        <w:rPr>
          <w:b/>
        </w:rPr>
        <w:t>creación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colectiva</w:t>
      </w:r>
      <w:proofErr w:type="spellEnd"/>
      <w:r>
        <w:rPr>
          <w:b/>
        </w:rPr>
        <w:t xml:space="preserve"> – </w:t>
      </w:r>
      <w:proofErr w:type="spellStart"/>
      <w:r>
        <w:rPr>
          <w:b/>
        </w:rPr>
        <w:t>Aspace</w:t>
      </w:r>
      <w:proofErr w:type="spellEnd"/>
      <w:r w:rsidR="00787ACA">
        <w:rPr>
          <w:b/>
        </w:rPr>
        <w:t>/Sevilla</w:t>
      </w:r>
      <w:r>
        <w:rPr>
          <w:b/>
        </w:rPr>
        <w:t xml:space="preserve"> (</w:t>
      </w:r>
      <w:proofErr w:type="spellStart"/>
      <w:r>
        <w:rPr>
          <w:b/>
        </w:rPr>
        <w:t>actualidad</w:t>
      </w:r>
      <w:proofErr w:type="spellEnd"/>
      <w:r>
        <w:rPr>
          <w:b/>
        </w:rPr>
        <w:t>).</w:t>
      </w:r>
      <w:r>
        <w:rPr>
          <w:b/>
        </w:rPr>
        <w:br/>
      </w:r>
      <w:proofErr w:type="spellStart"/>
      <w:r>
        <w:t>Programa</w:t>
      </w:r>
      <w:proofErr w:type="spellEnd"/>
      <w:r>
        <w:t xml:space="preserve"> </w:t>
      </w:r>
      <w:proofErr w:type="spellStart"/>
      <w:r>
        <w:t>orientado</w:t>
      </w:r>
      <w:proofErr w:type="spellEnd"/>
      <w:r>
        <w:t xml:space="preserve"> a </w:t>
      </w:r>
      <w:r w:rsidR="00787ACA">
        <w:t>personas</w:t>
      </w:r>
      <w:r>
        <w:t xml:space="preserve"> </w:t>
      </w:r>
      <w:proofErr w:type="spellStart"/>
      <w:r>
        <w:t>neurodivergentes</w:t>
      </w:r>
      <w:proofErr w:type="spellEnd"/>
      <w:r>
        <w:t xml:space="preserve"> y con </w:t>
      </w:r>
      <w:proofErr w:type="spellStart"/>
      <w:r>
        <w:t>discapacidad</w:t>
      </w:r>
      <w:proofErr w:type="spellEnd"/>
      <w:r>
        <w:t xml:space="preserve"> motora.</w:t>
      </w:r>
      <w:r>
        <w:br/>
        <w:t>Diseño y conducción de talleres de teatro inclusivo y creación colectiva que fomentan la expresión artística y el empoderamiento personal.</w:t>
      </w:r>
      <w:r>
        <w:br/>
        <w:t>Integración de técnicas de teatro terapéutico, movimiento adaptado y narrativas colectivas, con un enfoque en accesibilidad y respeto.</w:t>
      </w:r>
      <w:r>
        <w:br/>
      </w:r>
    </w:p>
    <w:p w:rsidR="00FC7C61" w:rsidRDefault="00000000">
      <w:proofErr w:type="spellStart"/>
      <w:r>
        <w:rPr>
          <w:b/>
        </w:rPr>
        <w:t>Tallerista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internacional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independiente</w:t>
      </w:r>
      <w:proofErr w:type="spellEnd"/>
      <w:r>
        <w:rPr>
          <w:b/>
        </w:rPr>
        <w:t xml:space="preserve"> (Europa</w:t>
      </w:r>
      <w:r w:rsidR="00787ACA">
        <w:rPr>
          <w:b/>
        </w:rPr>
        <w:t>,</w:t>
      </w:r>
      <w:r>
        <w:rPr>
          <w:b/>
        </w:rPr>
        <w:t xml:space="preserve"> América Latina</w:t>
      </w:r>
      <w:r w:rsidR="00787ACA">
        <w:rPr>
          <w:b/>
        </w:rPr>
        <w:t xml:space="preserve">, EEUU y </w:t>
      </w:r>
      <w:proofErr w:type="spellStart"/>
      <w:r w:rsidR="00787ACA">
        <w:rPr>
          <w:b/>
        </w:rPr>
        <w:t>Canadá</w:t>
      </w:r>
      <w:proofErr w:type="spellEnd"/>
      <w:r>
        <w:rPr>
          <w:b/>
        </w:rPr>
        <w:t>).</w:t>
      </w:r>
      <w:r>
        <w:rPr>
          <w:b/>
        </w:rPr>
        <w:br/>
      </w:r>
      <w:proofErr w:type="spellStart"/>
      <w:r>
        <w:t>Seminarios</w:t>
      </w:r>
      <w:proofErr w:type="spellEnd"/>
      <w:r>
        <w:t xml:space="preserve"> de </w:t>
      </w:r>
      <w:proofErr w:type="spellStart"/>
      <w:r>
        <w:t>actuación</w:t>
      </w:r>
      <w:proofErr w:type="spellEnd"/>
      <w:r>
        <w:t xml:space="preserve">, </w:t>
      </w:r>
      <w:proofErr w:type="spellStart"/>
      <w:r>
        <w:t>improvisación</w:t>
      </w:r>
      <w:proofErr w:type="spellEnd"/>
      <w:r w:rsidR="00D46882">
        <w:t>,</w:t>
      </w:r>
      <w:r>
        <w:t xml:space="preserve"> </w:t>
      </w:r>
      <w:proofErr w:type="spellStart"/>
      <w:r>
        <w:t>creación</w:t>
      </w:r>
      <w:proofErr w:type="spellEnd"/>
      <w:r>
        <w:t xml:space="preserve"> </w:t>
      </w:r>
      <w:proofErr w:type="spellStart"/>
      <w:r>
        <w:t>teatral</w:t>
      </w:r>
      <w:proofErr w:type="spellEnd"/>
      <w:r>
        <w:t xml:space="preserve"> </w:t>
      </w:r>
      <w:r w:rsidR="00D46882">
        <w:t xml:space="preserve">y audiovisual </w:t>
      </w:r>
      <w:proofErr w:type="spellStart"/>
      <w:r>
        <w:t>en</w:t>
      </w:r>
      <w:proofErr w:type="spellEnd"/>
      <w:r>
        <w:t xml:space="preserve"> </w:t>
      </w:r>
      <w:proofErr w:type="spellStart"/>
      <w:r>
        <w:t>centros</w:t>
      </w:r>
      <w:proofErr w:type="spellEnd"/>
      <w:r>
        <w:t xml:space="preserve"> </w:t>
      </w:r>
      <w:proofErr w:type="spellStart"/>
      <w:r>
        <w:t>culturales</w:t>
      </w:r>
      <w:proofErr w:type="spellEnd"/>
      <w:r>
        <w:t xml:space="preserve"> y </w:t>
      </w:r>
      <w:proofErr w:type="spellStart"/>
      <w:r>
        <w:t>educativos</w:t>
      </w:r>
      <w:proofErr w:type="spellEnd"/>
      <w:r>
        <w:t xml:space="preserve">, y </w:t>
      </w:r>
      <w:proofErr w:type="spellStart"/>
      <w:r>
        <w:t>acompañamiento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procesos de formación actoral.</w:t>
      </w:r>
      <w:r>
        <w:br/>
      </w:r>
    </w:p>
    <w:p w:rsidR="00FC7C61" w:rsidRDefault="00000000">
      <w:pPr>
        <w:pStyle w:val="Ttulo2"/>
      </w:pPr>
      <w:r>
        <w:t>Experiencia Artística</w:t>
      </w:r>
    </w:p>
    <w:p w:rsidR="00FC7C61" w:rsidRDefault="00000000">
      <w:r>
        <w:t>Actor</w:t>
      </w:r>
      <w:r w:rsidR="00787ACA">
        <w:t>/</w:t>
      </w:r>
      <w:proofErr w:type="spellStart"/>
      <w:r w:rsidR="00787ACA">
        <w:t>cocreador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de </w:t>
      </w:r>
      <w:r w:rsidR="00344EBB">
        <w:t xml:space="preserve">100 </w:t>
      </w:r>
      <w:proofErr w:type="spellStart"/>
      <w:r>
        <w:t>obras</w:t>
      </w:r>
      <w:proofErr w:type="spellEnd"/>
      <w:r>
        <w:t xml:space="preserve"> </w:t>
      </w:r>
      <w:r w:rsidR="00344EBB">
        <w:t xml:space="preserve">entre </w:t>
      </w:r>
      <w:proofErr w:type="spellStart"/>
      <w:r w:rsidR="00344EBB">
        <w:t>producciones</w:t>
      </w:r>
      <w:proofErr w:type="spellEnd"/>
      <w:r w:rsidR="00344EBB">
        <w:t xml:space="preserve"> </w:t>
      </w:r>
      <w:proofErr w:type="spellStart"/>
      <w:r>
        <w:t>teatrales</w:t>
      </w:r>
      <w:proofErr w:type="spellEnd"/>
      <w:r w:rsidR="00344EBB">
        <w:t>, performance</w:t>
      </w:r>
      <w:r>
        <w:t xml:space="preserve"> </w:t>
      </w:r>
      <w:r w:rsidR="00344EBB">
        <w:t xml:space="preserve">y </w:t>
      </w:r>
      <w:proofErr w:type="spellStart"/>
      <w:r>
        <w:t>audiovisuales</w:t>
      </w:r>
      <w:proofErr w:type="spellEnd"/>
      <w:r>
        <w:t xml:space="preserve">, </w:t>
      </w:r>
      <w:proofErr w:type="spellStart"/>
      <w:r>
        <w:t>participando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festivales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 w:rsidR="00344EBB">
        <w:t>el</w:t>
      </w:r>
      <w:proofErr w:type="spellEnd"/>
      <w:r w:rsidR="00344EBB">
        <w:t xml:space="preserve"> Festival </w:t>
      </w:r>
      <w:proofErr w:type="spellStart"/>
      <w:r w:rsidR="00344EBB">
        <w:t>internacional</w:t>
      </w:r>
      <w:proofErr w:type="spellEnd"/>
      <w:r w:rsidR="00344EBB">
        <w:t xml:space="preserve"> de cine de la Habana, Festival </w:t>
      </w:r>
      <w:proofErr w:type="spellStart"/>
      <w:r w:rsidR="00344EBB">
        <w:t>internacional</w:t>
      </w:r>
      <w:proofErr w:type="spellEnd"/>
      <w:r w:rsidR="00344EBB">
        <w:t xml:space="preserve"> de </w:t>
      </w:r>
      <w:proofErr w:type="spellStart"/>
      <w:r w:rsidR="00344EBB">
        <w:t>teatro</w:t>
      </w:r>
      <w:proofErr w:type="spellEnd"/>
      <w:r w:rsidR="00344EBB">
        <w:t xml:space="preserve"> de la Habana, </w:t>
      </w:r>
      <w:proofErr w:type="spellStart"/>
      <w:r w:rsidR="00344EBB">
        <w:t>el</w:t>
      </w:r>
      <w:proofErr w:type="spellEnd"/>
      <w:r w:rsidR="00344EBB">
        <w:t xml:space="preserve"> festival </w:t>
      </w:r>
      <w:proofErr w:type="spellStart"/>
      <w:r w:rsidR="00344EBB">
        <w:t>internacional</w:t>
      </w:r>
      <w:proofErr w:type="spellEnd"/>
      <w:r w:rsidR="00344EBB">
        <w:t xml:space="preserve"> de </w:t>
      </w:r>
      <w:proofErr w:type="spellStart"/>
      <w:r w:rsidR="00344EBB">
        <w:t>artes</w:t>
      </w:r>
      <w:proofErr w:type="spellEnd"/>
      <w:r w:rsidR="00344EBB">
        <w:t xml:space="preserve"> de Bergen </w:t>
      </w:r>
      <w:proofErr w:type="spellStart"/>
      <w:r w:rsidR="00344EBB">
        <w:t>Noruega</w:t>
      </w:r>
      <w:proofErr w:type="spellEnd"/>
      <w:r w:rsidR="00344EBB">
        <w:t xml:space="preserve"> (</w:t>
      </w:r>
      <w:proofErr w:type="spellStart"/>
      <w:r w:rsidR="00344EBB">
        <w:t>iBergen</w:t>
      </w:r>
      <w:proofErr w:type="spellEnd"/>
      <w:r w:rsidR="00344EBB">
        <w:t xml:space="preserve"> </w:t>
      </w:r>
      <w:proofErr w:type="spellStart"/>
      <w:r w:rsidR="00344EBB">
        <w:t>Festpillene</w:t>
      </w:r>
      <w:proofErr w:type="spellEnd"/>
      <w:r w:rsidR="00344EBB">
        <w:t xml:space="preserve">), </w:t>
      </w:r>
      <w:proofErr w:type="spellStart"/>
      <w:r w:rsidR="00344EBB">
        <w:t>en</w:t>
      </w:r>
      <w:proofErr w:type="spellEnd"/>
      <w:r w:rsidR="00344EBB">
        <w:t xml:space="preserve"> </w:t>
      </w:r>
      <w:r>
        <w:t xml:space="preserve">la Berlinale (La piscina), </w:t>
      </w:r>
      <w:proofErr w:type="spellStart"/>
      <w:r w:rsidR="00344EBB">
        <w:t>en</w:t>
      </w:r>
      <w:proofErr w:type="spellEnd"/>
      <w:r w:rsidR="00344EBB">
        <w:t xml:space="preserve"> </w:t>
      </w:r>
      <w:r w:rsidR="00423C96">
        <w:t xml:space="preserve">Cannes </w:t>
      </w:r>
      <w:proofErr w:type="spellStart"/>
      <w:r w:rsidR="00344EBB">
        <w:t>como</w:t>
      </w:r>
      <w:proofErr w:type="spellEnd"/>
      <w:r w:rsidR="00344EBB">
        <w:t xml:space="preserve"> director </w:t>
      </w:r>
      <w:r w:rsidR="00423C96">
        <w:t xml:space="preserve">(Café </w:t>
      </w:r>
      <w:proofErr w:type="spellStart"/>
      <w:r w:rsidR="00423C96">
        <w:t>templado</w:t>
      </w:r>
      <w:proofErr w:type="spellEnd"/>
      <w:r w:rsidR="00344EBB">
        <w:t xml:space="preserve">) </w:t>
      </w:r>
      <w:r>
        <w:t xml:space="preserve">y </w:t>
      </w:r>
      <w:proofErr w:type="spellStart"/>
      <w:r>
        <w:t>en</w:t>
      </w:r>
      <w:proofErr w:type="spellEnd"/>
      <w:r>
        <w:t xml:space="preserve"> series de </w:t>
      </w:r>
      <w:proofErr w:type="spellStart"/>
      <w:r>
        <w:t>televisión</w:t>
      </w:r>
      <w:proofErr w:type="spellEnd"/>
      <w:r>
        <w:t xml:space="preserve"> y cine </w:t>
      </w:r>
      <w:proofErr w:type="spellStart"/>
      <w:r>
        <w:t>independiente</w:t>
      </w:r>
      <w:proofErr w:type="spellEnd"/>
      <w:r>
        <w:t>.</w:t>
      </w:r>
      <w:r>
        <w:br/>
        <w:t xml:space="preserve">Director de actores en proyectos teatrales y cinematográficos, desarrollando un </w:t>
      </w:r>
      <w:proofErr w:type="spellStart"/>
      <w:r>
        <w:t>trabajo</w:t>
      </w:r>
      <w:proofErr w:type="spellEnd"/>
      <w:r>
        <w:t xml:space="preserve"> </w:t>
      </w:r>
      <w:proofErr w:type="spellStart"/>
      <w:r>
        <w:t>centrado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verdad</w:t>
      </w:r>
      <w:proofErr w:type="spellEnd"/>
      <w:r>
        <w:t xml:space="preserve"> </w:t>
      </w:r>
      <w:proofErr w:type="spellStart"/>
      <w:r>
        <w:t>actoral</w:t>
      </w:r>
      <w:proofErr w:type="spellEnd"/>
      <w:r>
        <w:t xml:space="preserve"> y la </w:t>
      </w:r>
      <w:proofErr w:type="spellStart"/>
      <w:r>
        <w:t>integración</w:t>
      </w:r>
      <w:proofErr w:type="spellEnd"/>
      <w:r>
        <w:t xml:space="preserve"> del </w:t>
      </w:r>
      <w:proofErr w:type="spellStart"/>
      <w:r>
        <w:t>lenguaje</w:t>
      </w:r>
      <w:proofErr w:type="spellEnd"/>
      <w:r>
        <w:t xml:space="preserve"> </w:t>
      </w:r>
      <w:r w:rsidR="00344EBB">
        <w:t>audio</w:t>
      </w:r>
      <w:r>
        <w:t xml:space="preserve">visual y </w:t>
      </w:r>
      <w:proofErr w:type="spellStart"/>
      <w:r>
        <w:t>performativo</w:t>
      </w:r>
      <w:proofErr w:type="spellEnd"/>
      <w:r>
        <w:t>.</w:t>
      </w:r>
      <w:r>
        <w:br/>
      </w:r>
    </w:p>
    <w:p w:rsidR="00FC7C61" w:rsidRDefault="00000000">
      <w:pPr>
        <w:pStyle w:val="Ttulo2"/>
      </w:pPr>
      <w:r>
        <w:t>Formación y Entrenamiento</w:t>
      </w:r>
    </w:p>
    <w:p w:rsidR="006F45CA" w:rsidRPr="006F45CA" w:rsidRDefault="00000000" w:rsidP="006F45CA">
      <w:pPr>
        <w:pStyle w:val="p1"/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</w:pPr>
      <w:r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Licenciatura en Arte Teatral – Instituto Superior de Arte (ISA), La Habana.</w:t>
      </w:r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(2012)</w:t>
      </w:r>
      <w:r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br/>
        <w:t>Postgrado en Realización Audiovisual – Escuela Internacional de Cine y Televisión (EICTV), Cuba.</w:t>
      </w:r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(2015)</w:t>
      </w:r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br/>
      </w:r>
      <w:proofErr w:type="spellStart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Curso</w:t>
      </w:r>
      <w:proofErr w:type="spellEnd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</w:t>
      </w:r>
      <w:proofErr w:type="spellStart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especialización</w:t>
      </w:r>
      <w:proofErr w:type="spellEnd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en</w:t>
      </w:r>
      <w:proofErr w:type="spellEnd"/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</w:t>
      </w:r>
      <w:proofErr w:type="spellStart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Dirección</w:t>
      </w:r>
      <w:proofErr w:type="spellEnd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de </w:t>
      </w:r>
      <w:proofErr w:type="spellStart"/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A</w:t>
      </w:r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ctores</w:t>
      </w:r>
      <w:proofErr w:type="spellEnd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y </w:t>
      </w:r>
      <w:proofErr w:type="spellStart"/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A</w:t>
      </w:r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ctrices</w:t>
      </w:r>
      <w:proofErr w:type="spellEnd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(1ª </w:t>
      </w:r>
      <w:proofErr w:type="spellStart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Edición</w:t>
      </w:r>
      <w:proofErr w:type="spellEnd"/>
      <w:r w:rsidR="006F45CA" w:rsidRP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)</w:t>
      </w:r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 xml:space="preserve"> - RTVE Instituto. </w:t>
      </w:r>
      <w:proofErr w:type="spellStart"/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España</w:t>
      </w:r>
      <w:proofErr w:type="spellEnd"/>
      <w:r w:rsidR="006F45CA">
        <w:rPr>
          <w:rFonts w:asciiTheme="minorHAnsi" w:eastAsiaTheme="minorEastAsia" w:hAnsiTheme="minorHAnsi" w:cstheme="minorBidi"/>
          <w:color w:val="auto"/>
          <w:sz w:val="22"/>
          <w:szCs w:val="22"/>
          <w:lang w:val="en-US" w:eastAsia="en-US"/>
        </w:rPr>
        <w:t>.  (2025)</w:t>
      </w:r>
    </w:p>
    <w:p w:rsidR="00D46882" w:rsidRDefault="00000000" w:rsidP="006F45CA">
      <w:r>
        <w:lastRenderedPageBreak/>
        <w:br/>
      </w:r>
      <w:r>
        <w:br/>
      </w:r>
    </w:p>
    <w:p w:rsidR="00FC7C61" w:rsidRDefault="00000000" w:rsidP="006F45CA">
      <w:proofErr w:type="spellStart"/>
      <w:r w:rsidRPr="00D46882">
        <w:rPr>
          <w:b/>
          <w:bCs/>
        </w:rPr>
        <w:t>Entrenamiento</w:t>
      </w:r>
      <w:proofErr w:type="spellEnd"/>
      <w:r w:rsidRPr="00D46882">
        <w:rPr>
          <w:b/>
          <w:bCs/>
        </w:rPr>
        <w:t xml:space="preserve"> </w:t>
      </w:r>
      <w:proofErr w:type="spellStart"/>
      <w:r w:rsidRPr="00D46882">
        <w:rPr>
          <w:b/>
          <w:bCs/>
        </w:rPr>
        <w:t>adicional</w:t>
      </w:r>
      <w:proofErr w:type="spellEnd"/>
      <w:r w:rsidRPr="00D46882">
        <w:rPr>
          <w:b/>
          <w:bCs/>
        </w:rPr>
        <w:t>:</w:t>
      </w:r>
      <w:r>
        <w:br/>
        <w:t xml:space="preserve"> • Técnica Meisner con Stephen Baily</w:t>
      </w:r>
      <w:r w:rsidR="006F45CA">
        <w:t xml:space="preserve"> (UK)</w:t>
      </w:r>
      <w:r>
        <w:t>.</w:t>
      </w:r>
      <w:r w:rsidR="006F45CA">
        <w:br/>
        <w:t xml:space="preserve"> • Técnica del </w:t>
      </w:r>
      <w:proofErr w:type="spellStart"/>
      <w:r w:rsidR="00597D09">
        <w:t>B</w:t>
      </w:r>
      <w:r w:rsidR="006F45CA">
        <w:t>ufón</w:t>
      </w:r>
      <w:proofErr w:type="spellEnd"/>
      <w:r w:rsidR="006F45CA">
        <w:t xml:space="preserve"> </w:t>
      </w:r>
      <w:proofErr w:type="spellStart"/>
      <w:r w:rsidR="00597D09">
        <w:t>según</w:t>
      </w:r>
      <w:proofErr w:type="spellEnd"/>
      <w:r w:rsidR="006F45CA">
        <w:t xml:space="preserve"> </w:t>
      </w:r>
      <w:r w:rsidR="006F45CA" w:rsidRPr="006F45CA">
        <w:t>Jacques Lecoq</w:t>
      </w:r>
      <w:r w:rsidR="00597D09">
        <w:rPr>
          <w:rFonts w:ascii="Arial" w:hAnsi="Arial" w:cs="Arial"/>
          <w:color w:val="1F1F1F"/>
          <w:sz w:val="42"/>
          <w:szCs w:val="42"/>
          <w:shd w:val="clear" w:color="auto" w:fill="FFFFFF"/>
        </w:rPr>
        <w:t xml:space="preserve"> </w:t>
      </w:r>
      <w:r w:rsidR="006F45CA">
        <w:t xml:space="preserve">con </w:t>
      </w:r>
      <w:proofErr w:type="spellStart"/>
      <w:r w:rsidR="006F45CA">
        <w:t>Solvei</w:t>
      </w:r>
      <w:proofErr w:type="spellEnd"/>
      <w:r w:rsidR="006F45CA">
        <w:t xml:space="preserve"> Stoutland (</w:t>
      </w:r>
      <w:proofErr w:type="spellStart"/>
      <w:r w:rsidR="006F45CA">
        <w:t>Noruega</w:t>
      </w:r>
      <w:proofErr w:type="spellEnd"/>
      <w:r w:rsidR="006F45CA">
        <w:t>).</w:t>
      </w:r>
      <w:r>
        <w:br/>
        <w:t xml:space="preserve"> • </w:t>
      </w:r>
      <w:proofErr w:type="spellStart"/>
      <w:r>
        <w:t>Dirección</w:t>
      </w:r>
      <w:proofErr w:type="spellEnd"/>
      <w:r>
        <w:t xml:space="preserve"> de </w:t>
      </w:r>
      <w:proofErr w:type="spellStart"/>
      <w:r>
        <w:t>actores</w:t>
      </w:r>
      <w:proofErr w:type="spellEnd"/>
      <w:r>
        <w:t xml:space="preserve"> con Beatriz Flores</w:t>
      </w:r>
      <w:r w:rsidR="006F45CA">
        <w:t xml:space="preserve"> (Uruguay)</w:t>
      </w:r>
      <w:r>
        <w:t>.</w:t>
      </w:r>
      <w:r w:rsidR="00597D09">
        <w:br/>
        <w:t xml:space="preserve"> • </w:t>
      </w:r>
      <w:proofErr w:type="spellStart"/>
      <w:r w:rsidR="00597D09">
        <w:t>Dirección</w:t>
      </w:r>
      <w:proofErr w:type="spellEnd"/>
      <w:r w:rsidR="00597D09">
        <w:t xml:space="preserve"> de </w:t>
      </w:r>
      <w:proofErr w:type="spellStart"/>
      <w:r w:rsidR="00597D09">
        <w:t>actores</w:t>
      </w:r>
      <w:proofErr w:type="spellEnd"/>
      <w:r w:rsidR="00597D09">
        <w:t xml:space="preserve"> y casting con Juan Pablo Félix (Colombia).</w:t>
      </w:r>
      <w:r>
        <w:br/>
        <w:t xml:space="preserve"> • </w:t>
      </w:r>
      <w:proofErr w:type="spellStart"/>
      <w:r>
        <w:t>Ficción</w:t>
      </w:r>
      <w:proofErr w:type="spellEnd"/>
      <w:r>
        <w:t xml:space="preserve"> </w:t>
      </w:r>
      <w:r w:rsidR="006F45CA">
        <w:t xml:space="preserve">a </w:t>
      </w:r>
      <w:proofErr w:type="spellStart"/>
      <w:r w:rsidR="006F45CA">
        <w:t>partir</w:t>
      </w:r>
      <w:proofErr w:type="spellEnd"/>
      <w:r>
        <w:t xml:space="preserve"> la </w:t>
      </w:r>
      <w:proofErr w:type="spellStart"/>
      <w:r>
        <w:t>realidad</w:t>
      </w:r>
      <w:proofErr w:type="spellEnd"/>
      <w:r>
        <w:t xml:space="preserve"> con Charles McDougall</w:t>
      </w:r>
      <w:r w:rsidR="006F45CA">
        <w:t xml:space="preserve"> (USA)</w:t>
      </w:r>
      <w:r>
        <w:t>.</w:t>
      </w:r>
      <w:r>
        <w:br/>
        <w:t xml:space="preserve"> • </w:t>
      </w:r>
      <w:proofErr w:type="spellStart"/>
      <w:r>
        <w:t>Presencia</w:t>
      </w:r>
      <w:proofErr w:type="spellEnd"/>
      <w:r>
        <w:t xml:space="preserve"> del performer con Jan </w:t>
      </w:r>
      <w:proofErr w:type="spellStart"/>
      <w:r>
        <w:t>Ferslev</w:t>
      </w:r>
      <w:proofErr w:type="spellEnd"/>
      <w:r>
        <w:t xml:space="preserve"> (Odin </w:t>
      </w:r>
      <w:proofErr w:type="spellStart"/>
      <w:r>
        <w:t>Teatret</w:t>
      </w:r>
      <w:proofErr w:type="spellEnd"/>
      <w:r w:rsidR="00787ACA">
        <w:t xml:space="preserve">, </w:t>
      </w:r>
      <w:proofErr w:type="spellStart"/>
      <w:r w:rsidR="00787ACA">
        <w:t>Dinamarca</w:t>
      </w:r>
      <w:proofErr w:type="spellEnd"/>
      <w:r>
        <w:t>)</w:t>
      </w:r>
      <w:r>
        <w:br/>
        <w:t xml:space="preserve"> • Teatro </w:t>
      </w:r>
      <w:proofErr w:type="spellStart"/>
      <w:r>
        <w:t>espontáneo</w:t>
      </w:r>
      <w:proofErr w:type="spellEnd"/>
      <w:r>
        <w:t xml:space="preserve"> </w:t>
      </w:r>
      <w:proofErr w:type="spellStart"/>
      <w:r>
        <w:t>comunitario</w:t>
      </w:r>
      <w:proofErr w:type="spellEnd"/>
      <w:r>
        <w:t xml:space="preserve"> con Mario Flores</w:t>
      </w:r>
      <w:r w:rsidR="00D46882">
        <w:t xml:space="preserve"> </w:t>
      </w:r>
      <w:r w:rsidR="00D46882">
        <w:rPr>
          <w:lang w:val="nb-NO"/>
        </w:rPr>
        <w:t>(</w:t>
      </w:r>
      <w:proofErr w:type="spellStart"/>
      <w:r w:rsidR="00D46882">
        <w:rPr>
          <w:lang w:val="nb-NO"/>
        </w:rPr>
        <w:t>Argentiga</w:t>
      </w:r>
      <w:proofErr w:type="spellEnd"/>
      <w:r w:rsidR="00D46882">
        <w:rPr>
          <w:lang w:val="nb-NO"/>
        </w:rPr>
        <w:t>/Colombia)</w:t>
      </w:r>
      <w:r>
        <w:t>.</w:t>
      </w:r>
      <w:r>
        <w:br/>
      </w:r>
    </w:p>
    <w:p w:rsidR="00FC7C61" w:rsidRDefault="00000000">
      <w:pPr>
        <w:pStyle w:val="Ttulo2"/>
      </w:pPr>
      <w:proofErr w:type="spellStart"/>
      <w:r>
        <w:t>Habilidades</w:t>
      </w:r>
      <w:proofErr w:type="spellEnd"/>
      <w:r>
        <w:t xml:space="preserve"> y </w:t>
      </w:r>
      <w:proofErr w:type="spellStart"/>
      <w:r>
        <w:t>Competencias</w:t>
      </w:r>
      <w:proofErr w:type="spellEnd"/>
    </w:p>
    <w:p w:rsidR="00FC7C61" w:rsidRDefault="00000000">
      <w:r>
        <w:t xml:space="preserve"> • Dirección y coaching de actores para teatro y cine.</w:t>
      </w:r>
      <w:r>
        <w:br/>
        <w:t xml:space="preserve"> • </w:t>
      </w:r>
      <w:proofErr w:type="spellStart"/>
      <w:r w:rsidR="00887F31">
        <w:t>Diseño</w:t>
      </w:r>
      <w:proofErr w:type="spellEnd"/>
      <w:r w:rsidR="00887F31">
        <w:t xml:space="preserve"> y </w:t>
      </w:r>
      <w:proofErr w:type="spellStart"/>
      <w:r w:rsidR="00887F31">
        <w:t>d</w:t>
      </w:r>
      <w:r>
        <w:t>esarrollo</w:t>
      </w:r>
      <w:proofErr w:type="spellEnd"/>
      <w:r>
        <w:t xml:space="preserve"> de </w:t>
      </w:r>
      <w:proofErr w:type="spellStart"/>
      <w:r>
        <w:t>proyectos</w:t>
      </w:r>
      <w:proofErr w:type="spellEnd"/>
      <w:r>
        <w:t xml:space="preserve"> de </w:t>
      </w:r>
      <w:proofErr w:type="spellStart"/>
      <w:r>
        <w:t>creación</w:t>
      </w:r>
      <w:proofErr w:type="spellEnd"/>
      <w:r>
        <w:t xml:space="preserve"> </w:t>
      </w:r>
      <w:proofErr w:type="spellStart"/>
      <w:r>
        <w:t>escénica</w:t>
      </w:r>
      <w:proofErr w:type="spellEnd"/>
      <w:r>
        <w:t xml:space="preserve"> y audiovisual.</w:t>
      </w:r>
      <w:r>
        <w:br/>
        <w:t xml:space="preserve"> • Facilitación de procesos de investigación y creación colectiva.</w:t>
      </w:r>
      <w:r>
        <w:br/>
        <w:t xml:space="preserve"> • Diseño e implementación de programas formativos en artes escénicas inclusivas.</w:t>
      </w:r>
      <w:r>
        <w:br/>
        <w:t xml:space="preserve"> • </w:t>
      </w:r>
      <w:proofErr w:type="spellStart"/>
      <w:r>
        <w:t>Adaptación</w:t>
      </w:r>
      <w:proofErr w:type="spellEnd"/>
      <w:r>
        <w:t xml:space="preserve"> de </w:t>
      </w:r>
      <w:proofErr w:type="spellStart"/>
      <w:r>
        <w:t>técnicas</w:t>
      </w:r>
      <w:proofErr w:type="spellEnd"/>
      <w:r>
        <w:t xml:space="preserve"> de </w:t>
      </w:r>
      <w:proofErr w:type="spellStart"/>
      <w:r w:rsidR="00887F31">
        <w:t>interpretación</w:t>
      </w:r>
      <w:proofErr w:type="spellEnd"/>
      <w:r w:rsidR="00887F31">
        <w:t xml:space="preserve">, </w:t>
      </w:r>
      <w:proofErr w:type="spellStart"/>
      <w:r w:rsidR="00887F31">
        <w:t>improvización</w:t>
      </w:r>
      <w:proofErr w:type="spellEnd"/>
      <w:r>
        <w:t xml:space="preserve"> y </w:t>
      </w:r>
      <w:proofErr w:type="spellStart"/>
      <w:r>
        <w:t>trabajo</w:t>
      </w:r>
      <w:proofErr w:type="spellEnd"/>
      <w:r>
        <w:t xml:space="preserve"> corporal a </w:t>
      </w:r>
      <w:proofErr w:type="spellStart"/>
      <w:r w:rsidR="00887F31">
        <w:t>diversos</w:t>
      </w:r>
      <w:proofErr w:type="spellEnd"/>
      <w:r w:rsidR="00887F31">
        <w:t xml:space="preserve"> </w:t>
      </w:r>
      <w:proofErr w:type="spellStart"/>
      <w:r w:rsidR="00887F31">
        <w:t>contextos</w:t>
      </w:r>
      <w:proofErr w:type="spellEnd"/>
      <w:r w:rsidR="00887F31">
        <w:t xml:space="preserve"> y </w:t>
      </w:r>
      <w:proofErr w:type="spellStart"/>
      <w:r>
        <w:t>necesidades</w:t>
      </w:r>
      <w:proofErr w:type="spellEnd"/>
      <w:r>
        <w:t>.</w:t>
      </w:r>
      <w:r>
        <w:br/>
      </w:r>
    </w:p>
    <w:p w:rsidR="00FC7C61" w:rsidRDefault="00000000">
      <w:pPr>
        <w:pStyle w:val="Ttulo2"/>
      </w:pPr>
      <w:r>
        <w:t>Idiomas</w:t>
      </w:r>
    </w:p>
    <w:p w:rsidR="00FC7C61" w:rsidRDefault="00000000">
      <w:r>
        <w:t xml:space="preserve"> • Español (nativo)</w:t>
      </w:r>
      <w:r>
        <w:br/>
        <w:t xml:space="preserve"> • Inglés (fluido)</w:t>
      </w:r>
      <w:r>
        <w:br/>
      </w:r>
    </w:p>
    <w:p w:rsidR="00FC7C61" w:rsidRDefault="00000000">
      <w:pPr>
        <w:pStyle w:val="Ttulo2"/>
      </w:pPr>
      <w:r>
        <w:t>Intereses y Disponibilidad</w:t>
      </w:r>
    </w:p>
    <w:p w:rsidR="00FC7C61" w:rsidRDefault="00000000">
      <w:r>
        <w:t>Comprometido con la formación artística inclusiva y la creación colectiva, busco colaborar con instituciones educativas y proyectos que fomenten la igualdad de acceso a las artes escénicas.</w:t>
      </w:r>
      <w:r>
        <w:br/>
        <w:t>Disponible para participar en iniciativas que promuevan la creatividad y la profesionalización de intérpretes y creadores, con especial interés en programas de teatro inclusivo y educación artística adaptada.</w:t>
      </w:r>
      <w:r>
        <w:br/>
      </w:r>
    </w:p>
    <w:sectPr w:rsidR="00FC7C61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altName w:val="Courier New"/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3706260E"/>
    <w:multiLevelType w:val="hybridMultilevel"/>
    <w:tmpl w:val="588A3B0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91853882">
    <w:abstractNumId w:val="8"/>
  </w:num>
  <w:num w:numId="2" w16cid:durableId="1459765608">
    <w:abstractNumId w:val="6"/>
  </w:num>
  <w:num w:numId="3" w16cid:durableId="1005203689">
    <w:abstractNumId w:val="5"/>
  </w:num>
  <w:num w:numId="4" w16cid:durableId="658465047">
    <w:abstractNumId w:val="4"/>
  </w:num>
  <w:num w:numId="5" w16cid:durableId="1318270043">
    <w:abstractNumId w:val="7"/>
  </w:num>
  <w:num w:numId="6" w16cid:durableId="1568689357">
    <w:abstractNumId w:val="3"/>
  </w:num>
  <w:num w:numId="7" w16cid:durableId="1701511609">
    <w:abstractNumId w:val="2"/>
  </w:num>
  <w:num w:numId="8" w16cid:durableId="2028436878">
    <w:abstractNumId w:val="1"/>
  </w:num>
  <w:num w:numId="9" w16cid:durableId="1210069856">
    <w:abstractNumId w:val="0"/>
  </w:num>
  <w:num w:numId="10" w16cid:durableId="12485490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65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094C7D"/>
    <w:rsid w:val="0015074B"/>
    <w:rsid w:val="00253FF0"/>
    <w:rsid w:val="0029639D"/>
    <w:rsid w:val="00326F90"/>
    <w:rsid w:val="00344EBB"/>
    <w:rsid w:val="00351885"/>
    <w:rsid w:val="00423C96"/>
    <w:rsid w:val="00456E25"/>
    <w:rsid w:val="00471AB7"/>
    <w:rsid w:val="0050132C"/>
    <w:rsid w:val="00597D09"/>
    <w:rsid w:val="0063684B"/>
    <w:rsid w:val="006F45CA"/>
    <w:rsid w:val="00787ACA"/>
    <w:rsid w:val="00887F31"/>
    <w:rsid w:val="00AA1D8D"/>
    <w:rsid w:val="00B47730"/>
    <w:rsid w:val="00CB0664"/>
    <w:rsid w:val="00D0402D"/>
    <w:rsid w:val="00D46882"/>
    <w:rsid w:val="00DB3205"/>
    <w:rsid w:val="00F01BA8"/>
    <w:rsid w:val="00FC693F"/>
    <w:rsid w:val="00FC7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52C7687"/>
  <w14:defaultImageDpi w14:val="300"/>
  <w15:docId w15:val="{B0EA9EAE-C255-2B4D-9586-97A3550DD2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Ttulo1">
    <w:name w:val="heading 1"/>
    <w:basedOn w:val="Normal"/>
    <w:next w:val="Normal"/>
    <w:link w:val="Ttulo1C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18BF"/>
  </w:style>
  <w:style w:type="paragraph" w:styleId="Piedepgina">
    <w:name w:val="footer"/>
    <w:basedOn w:val="Normal"/>
    <w:link w:val="Piedepgina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18BF"/>
  </w:style>
  <w:style w:type="paragraph" w:styleId="Sinespaciado">
    <w:name w:val="No Spacing"/>
    <w:uiPriority w:val="1"/>
    <w:qFormat/>
    <w:rsid w:val="00FC693F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ar">
    <w:name w:val="Título 2 Car"/>
    <w:basedOn w:val="Fuentedeprrafopredeter"/>
    <w:link w:val="Ttulo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">
    <w:name w:val="Title"/>
    <w:basedOn w:val="Normal"/>
    <w:next w:val="Normal"/>
    <w:link w:val="TtuloC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rrafodelista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Textoindependiente">
    <w:name w:val="Body Text"/>
    <w:basedOn w:val="Normal"/>
    <w:link w:val="TextoindependienteCar"/>
    <w:uiPriority w:val="99"/>
    <w:unhideWhenUsed/>
    <w:rsid w:val="00AA1D8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AA1D8D"/>
  </w:style>
  <w:style w:type="paragraph" w:styleId="Textoindependiente2">
    <w:name w:val="Body Text 2"/>
    <w:basedOn w:val="Normal"/>
    <w:link w:val="Textoindependiente2Car"/>
    <w:uiPriority w:val="99"/>
    <w:unhideWhenUsed/>
    <w:rsid w:val="00AA1D8D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AA1D8D"/>
  </w:style>
  <w:style w:type="paragraph" w:styleId="Textoindependiente3">
    <w:name w:val="Body Text 3"/>
    <w:basedOn w:val="Normal"/>
    <w:link w:val="Textoindependiente3C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A1D8D"/>
    <w:rPr>
      <w:sz w:val="16"/>
      <w:szCs w:val="16"/>
    </w:rPr>
  </w:style>
  <w:style w:type="paragraph" w:styleId="Lista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aconvieta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aconvieta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aconvieta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aconnmeros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aconnmeros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aconnmeros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Continuarlista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omacro">
    <w:name w:val="macro"/>
    <w:link w:val="TextomacroC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rsid w:val="0029639D"/>
    <w:rPr>
      <w:rFonts w:ascii="Courier" w:hAnsi="Courier"/>
      <w:sz w:val="20"/>
      <w:szCs w:val="20"/>
    </w:rPr>
  </w:style>
  <w:style w:type="paragraph" w:styleId="Cita">
    <w:name w:val="Quote"/>
    <w:basedOn w:val="Normal"/>
    <w:next w:val="Normal"/>
    <w:link w:val="CitaCar"/>
    <w:uiPriority w:val="29"/>
    <w:qFormat/>
    <w:rsid w:val="00FC693F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FC693F"/>
    <w:rPr>
      <w:i/>
      <w:iCs/>
      <w:color w:val="000000" w:themeColor="text1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Textoennegrita">
    <w:name w:val="Strong"/>
    <w:basedOn w:val="Fuentedeprrafopredeter"/>
    <w:uiPriority w:val="22"/>
    <w:qFormat/>
    <w:rsid w:val="00FC693F"/>
    <w:rPr>
      <w:b/>
      <w:bCs/>
    </w:rPr>
  </w:style>
  <w:style w:type="character" w:styleId="nfasis">
    <w:name w:val="Emphasis"/>
    <w:basedOn w:val="Fuentedeprrafopredeter"/>
    <w:uiPriority w:val="20"/>
    <w:qFormat/>
    <w:rsid w:val="00FC693F"/>
    <w:rPr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C693F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FC693F"/>
    <w:rPr>
      <w:i/>
      <w:iCs/>
      <w:color w:val="808080" w:themeColor="text1" w:themeTint="7F"/>
    </w:rPr>
  </w:style>
  <w:style w:type="character" w:styleId="nfasisintenso">
    <w:name w:val="Intense Emphasis"/>
    <w:basedOn w:val="Fuentedeprrafopredeter"/>
    <w:uiPriority w:val="21"/>
    <w:qFormat/>
    <w:rsid w:val="00FC693F"/>
    <w:rPr>
      <w:b/>
      <w:bCs/>
      <w:i/>
      <w:iCs/>
      <w:color w:val="4F81BD" w:themeColor="accent1"/>
    </w:rPr>
  </w:style>
  <w:style w:type="character" w:styleId="Referenciasutil">
    <w:name w:val="Subtle Reference"/>
    <w:basedOn w:val="Fuentedeprrafopredeter"/>
    <w:uiPriority w:val="31"/>
    <w:qFormat/>
    <w:rsid w:val="00FC693F"/>
    <w:rPr>
      <w:smallCaps/>
      <w:color w:val="C0504D" w:themeColor="accent2"/>
      <w:u w:val="single"/>
    </w:rPr>
  </w:style>
  <w:style w:type="character" w:styleId="Referenciaintensa">
    <w:name w:val="Intense Reference"/>
    <w:basedOn w:val="Fuentedeprrafopredeter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FC693F"/>
    <w:rPr>
      <w:b/>
      <w:bCs/>
      <w:smallCaps/>
      <w:spacing w:val="5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FC693F"/>
    <w:pPr>
      <w:outlineLvl w:val="9"/>
    </w:pPr>
  </w:style>
  <w:style w:type="table" w:styleId="Tablaconcuadrcula">
    <w:name w:val="Table Grid"/>
    <w:basedOn w:val="Tabla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ombreadoclaro">
    <w:name w:val="Light Shading"/>
    <w:basedOn w:val="Tabla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-nfasis2">
    <w:name w:val="Light Shading Accent 2"/>
    <w:basedOn w:val="Tabla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ombreadoclaro-nfasis3">
    <w:name w:val="Light Shading Accent 3"/>
    <w:basedOn w:val="Tabla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ombreadoclaro-nfasis4">
    <w:name w:val="Light Shading Accent 4"/>
    <w:basedOn w:val="Tabla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ombreadoclaro-nfasis5">
    <w:name w:val="Light Shading Accent 5"/>
    <w:basedOn w:val="Tabla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ombreadoclaro-nfasis6">
    <w:name w:val="Light Shading Accent 6"/>
    <w:basedOn w:val="Tabla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aclara">
    <w:name w:val="Light List"/>
    <w:basedOn w:val="Tab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clara-nfasis2">
    <w:name w:val="Light List Accent 2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aclara-nfasis3">
    <w:name w:val="Light List Accent 3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is4">
    <w:name w:val="Light List Accent 4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aclara-nfasis5">
    <w:name w:val="Light List Accent 5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is6">
    <w:name w:val="Light List Accent 6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Cuadrculaclara">
    <w:name w:val="Light Grid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Cuadrculaclara-nfasis2">
    <w:name w:val="Light Grid Accent 2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3">
    <w:name w:val="Light Grid Accent 3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Cuadrculaclara-nfasis4">
    <w:name w:val="Light Grid Accent 4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Cuadrculaclara-nfasis5">
    <w:name w:val="Light Grid Accent 5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Cuadrculaclara-nfasis6">
    <w:name w:val="Light Grid Accent 6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ombreadomedio1">
    <w:name w:val="Medium Shading 1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edia1">
    <w:name w:val="Medium List 1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amedia1-nfasis2">
    <w:name w:val="Medium List 1 Accent 2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amedia1-nfasis3">
    <w:name w:val="Medium List 1 Accent 3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amedia1-nfasis4">
    <w:name w:val="Medium List 1 Accent 4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amedia1-nfasis5">
    <w:name w:val="Medium List 1 Accent 5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media1-nfasis6">
    <w:name w:val="Medium List 1 Accent 6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amedia2">
    <w:name w:val="Medium List 2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Cuadrculamedia1">
    <w:name w:val="Medium Grid 1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uadrculamedia1-nfasis2">
    <w:name w:val="Medium Grid 1 Accent 2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uadrculamedia1-nfasis3">
    <w:name w:val="Medium Grid 1 Accent 3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uadrculamedia1-nfasis5">
    <w:name w:val="Medium Grid 1 Accent 5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media1-nfasis6">
    <w:name w:val="Medium Grid 1 Accent 6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Cuadrculamedia2">
    <w:name w:val="Medium Grid 2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Cuadrculamedia3-nfasis2">
    <w:name w:val="Medium Grid 3 Accent 2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Cuadrculamedia3-nfasis3">
    <w:name w:val="Medium Grid 3 Accent 3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Cuadrculamedia3-nfasis4">
    <w:name w:val="Medium Grid 3 Accent 4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Cuadrculamedia3-nfasis5">
    <w:name w:val="Medium Grid 3 Accent 5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Cuadrculamedia3-nfasis6">
    <w:name w:val="Medium Grid 3 Accent 6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aoscura">
    <w:name w:val="Dark List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aoscura-nfasis2">
    <w:name w:val="Dark List Accent 2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aoscura-nfasis3">
    <w:name w:val="Dark List Accent 3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aoscura-nfasis4">
    <w:name w:val="Dark List Accent 4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aoscura-nfasis5">
    <w:name w:val="Dark List Accent 5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aoscura-nfasis6">
    <w:name w:val="Dark List Accent 6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Sombreadovistoso">
    <w:name w:val="Colorful Shading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avistosa">
    <w:name w:val="Colorful List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avistosa-nfasis2">
    <w:name w:val="Colorful List Accent 2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avistosa-nfasis3">
    <w:name w:val="Colorful List Accent 3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avistosa-nfasis4">
    <w:name w:val="Colorful List Accent 4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avistosa-nfasis5">
    <w:name w:val="Colorful List Accent 5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avistosa-nfasis6">
    <w:name w:val="Colorful List Accent 6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uadrculavistosa">
    <w:name w:val="Colorful Grid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customStyle="1" w:styleId="apple-converted-space">
    <w:name w:val="apple-converted-space"/>
    <w:basedOn w:val="Fuentedeprrafopredeter"/>
    <w:rsid w:val="00344EBB"/>
  </w:style>
  <w:style w:type="paragraph" w:customStyle="1" w:styleId="p1">
    <w:name w:val="p1"/>
    <w:basedOn w:val="Normal"/>
    <w:rsid w:val="006F45CA"/>
    <w:pPr>
      <w:spacing w:after="0" w:line="240" w:lineRule="auto"/>
    </w:pPr>
    <w:rPr>
      <w:rFonts w:ascii="Helvetica" w:eastAsia="Times New Roman" w:hAnsi="Helvetica" w:cs="Times New Roman"/>
      <w:color w:val="E65A17"/>
      <w:sz w:val="30"/>
      <w:szCs w:val="30"/>
      <w:lang w:val="es-US" w:eastAsia="es-MX"/>
    </w:rPr>
  </w:style>
  <w:style w:type="character" w:styleId="Hipervnculo">
    <w:name w:val="Hyperlink"/>
    <w:basedOn w:val="Fuentedeprrafopredeter"/>
    <w:uiPriority w:val="99"/>
    <w:unhideWhenUsed/>
    <w:rsid w:val="00351885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351885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53FF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6020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5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ergenbyspill.no/" TargetMode="External"/><Relationship Id="rId3" Type="http://schemas.openxmlformats.org/officeDocument/2006/relationships/styles" Target="styles.xml"/><Relationship Id="rId7" Type="http://schemas.openxmlformats.org/officeDocument/2006/relationships/hyperlink" Target="https://raulcapote.es/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youtu.be/gzLvbhz5hv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3</Pages>
  <Words>965</Words>
  <Characters>5312</Characters>
  <Application>Microsoft Office Word</Application>
  <DocSecurity>0</DocSecurity>
  <Lines>44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6265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Raul Capote Braña</cp:lastModifiedBy>
  <cp:revision>5</cp:revision>
  <dcterms:created xsi:type="dcterms:W3CDTF">2013-12-23T23:15:00Z</dcterms:created>
  <dcterms:modified xsi:type="dcterms:W3CDTF">2026-04-12T00:20:00Z</dcterms:modified>
  <cp:category/>
</cp:coreProperties>
</file>